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33217" w14:textId="77777777" w:rsidR="00DF57C2" w:rsidRDefault="00201731">
      <w:r>
        <w:rPr>
          <w:rFonts w:ascii="Aptos Display" w:hAnsi="Aptos Display"/>
          <w:b/>
          <w:color w:val="244A35"/>
          <w:sz w:val="30"/>
        </w:rPr>
        <w:t>LIMELEDGE BOTANICAL GARDEN AND ARBORETUM</w:t>
      </w:r>
    </w:p>
    <w:p w14:paraId="56D57F8F" w14:textId="77777777" w:rsidR="00DF57C2" w:rsidRDefault="00201731">
      <w:pPr>
        <w:pStyle w:val="Title"/>
      </w:pPr>
      <w:r>
        <w:t>P-001 Proposal and Pricing Form</w:t>
      </w:r>
    </w:p>
    <w:p w14:paraId="578B7DAB" w14:textId="77777777" w:rsidR="00DF57C2" w:rsidRDefault="00201731">
      <w:pPr>
        <w:spacing w:after="200"/>
      </w:pPr>
      <w:r>
        <w:rPr>
          <w:b/>
          <w:color w:val="3F6A4C"/>
          <w:sz w:val="26"/>
        </w:rPr>
        <w:t>Barn Structural Stabilization, Rehabilitation &amp; Accessibility</w:t>
      </w:r>
    </w:p>
    <w:tbl>
      <w:tblPr>
        <w:tblW w:w="0" w:type="auto"/>
        <w:jc w:val="center"/>
        <w:tblBorders>
          <w:top w:val="single" w:sz="0" w:space="0" w:color="F7F3EA"/>
          <w:left w:val="single" w:sz="0" w:space="0" w:color="F7F3EA"/>
          <w:bottom w:val="single" w:sz="0" w:space="0" w:color="F7F3EA"/>
          <w:right w:val="single" w:sz="0" w:space="0" w:color="F7F3EA"/>
          <w:insideH w:val="single" w:sz="0" w:space="0" w:color="F7F3EA"/>
          <w:insideV w:val="single" w:sz="0" w:space="0" w:color="F7F3EA"/>
        </w:tblBorders>
        <w:tblLayout w:type="fixed"/>
        <w:tblLook w:val="04A0" w:firstRow="1" w:lastRow="0" w:firstColumn="1" w:lastColumn="0" w:noHBand="0" w:noVBand="1"/>
      </w:tblPr>
      <w:tblGrid>
        <w:gridCol w:w="10166"/>
      </w:tblGrid>
      <w:tr w:rsidR="00DF57C2" w14:paraId="2C28C3ED" w14:textId="77777777">
        <w:trPr>
          <w:jc w:val="center"/>
        </w:trPr>
        <w:tc>
          <w:tcPr>
            <w:tcW w:w="10166" w:type="dxa"/>
            <w:shd w:val="clear" w:color="auto" w:fill="F7F3EA"/>
            <w:tcMar>
              <w:top w:w="150" w:type="dxa"/>
              <w:left w:w="180" w:type="dxa"/>
              <w:bottom w:w="150" w:type="dxa"/>
              <w:right w:w="180" w:type="dxa"/>
            </w:tcMar>
          </w:tcPr>
          <w:p w14:paraId="1D60F878" w14:textId="77777777" w:rsidR="00DF57C2" w:rsidRDefault="00201731">
            <w:pPr>
              <w:spacing w:after="0"/>
            </w:pPr>
            <w:r>
              <w:rPr>
                <w:color w:val="244A35"/>
              </w:rPr>
              <w:t>Return this completed and signed form with the proposal. Supplemental estimates, narratives, schedules, and attachments may be appended, but the entries on this form will be used for comparison and award analysis.</w:t>
            </w:r>
          </w:p>
        </w:tc>
      </w:tr>
    </w:tbl>
    <w:p w14:paraId="32F114A5" w14:textId="77777777" w:rsidR="00DF57C2" w:rsidRDefault="00201731">
      <w:pPr>
        <w:pStyle w:val="Heading1"/>
      </w:pPr>
      <w:r>
        <w:t>A. Proposer Information</w:t>
      </w:r>
    </w:p>
    <w:tbl>
      <w:tblPr>
        <w:tblW w:w="0" w:type="auto"/>
        <w:tblBorders>
          <w:top w:val="single" w:sz="4" w:space="0" w:color="D9DED9"/>
          <w:left w:val="single" w:sz="4" w:space="0" w:color="D9DED9"/>
          <w:bottom w:val="single" w:sz="4" w:space="0" w:color="D9DED9"/>
          <w:right w:val="single" w:sz="4" w:space="0" w:color="D9DED9"/>
          <w:insideH w:val="single" w:sz="4" w:space="0" w:color="D9DED9"/>
          <w:insideV w:val="single" w:sz="4" w:space="0" w:color="D9DED9"/>
        </w:tblBorders>
        <w:tblLayout w:type="fixed"/>
        <w:tblLook w:val="04A0" w:firstRow="1" w:lastRow="0" w:firstColumn="1" w:lastColumn="0" w:noHBand="0" w:noVBand="1"/>
      </w:tblPr>
      <w:tblGrid>
        <w:gridCol w:w="3888"/>
        <w:gridCol w:w="7343"/>
      </w:tblGrid>
      <w:tr w:rsidR="00DF57C2" w14:paraId="1A93BCE6" w14:textId="77777777">
        <w:tc>
          <w:tcPr>
            <w:tcW w:w="3888" w:type="dxa"/>
            <w:shd w:val="clear" w:color="auto" w:fill="F3F4F3"/>
            <w:tcMar>
              <w:top w:w="110" w:type="dxa"/>
              <w:left w:w="120" w:type="dxa"/>
              <w:bottom w:w="110" w:type="dxa"/>
              <w:right w:w="120" w:type="dxa"/>
            </w:tcMar>
          </w:tcPr>
          <w:p w14:paraId="65B1C499" w14:textId="77777777" w:rsidR="00DF57C2" w:rsidRDefault="00201731">
            <w:r>
              <w:rPr>
                <w:b/>
              </w:rPr>
              <w:t>Legal business name</w:t>
            </w:r>
          </w:p>
        </w:tc>
        <w:tc>
          <w:tcPr>
            <w:tcW w:w="7343" w:type="dxa"/>
            <w:tcMar>
              <w:top w:w="110" w:type="dxa"/>
              <w:left w:w="120" w:type="dxa"/>
              <w:bottom w:w="110" w:type="dxa"/>
              <w:right w:w="120" w:type="dxa"/>
            </w:tcMar>
          </w:tcPr>
          <w:p w14:paraId="6FD0066F" w14:textId="77777777" w:rsidR="00DF57C2" w:rsidRDefault="00DF57C2"/>
        </w:tc>
      </w:tr>
      <w:tr w:rsidR="00DF57C2" w14:paraId="176B1B01" w14:textId="77777777">
        <w:tc>
          <w:tcPr>
            <w:tcW w:w="3888" w:type="dxa"/>
            <w:shd w:val="clear" w:color="auto" w:fill="F3F4F3"/>
            <w:tcMar>
              <w:top w:w="110" w:type="dxa"/>
              <w:left w:w="120" w:type="dxa"/>
              <w:bottom w:w="110" w:type="dxa"/>
              <w:right w:w="120" w:type="dxa"/>
            </w:tcMar>
          </w:tcPr>
          <w:p w14:paraId="30C27EAD" w14:textId="77777777" w:rsidR="00DF57C2" w:rsidRDefault="00201731">
            <w:r>
              <w:rPr>
                <w:b/>
              </w:rPr>
              <w:t>DBA (if any)</w:t>
            </w:r>
          </w:p>
        </w:tc>
        <w:tc>
          <w:tcPr>
            <w:tcW w:w="7343" w:type="dxa"/>
            <w:tcMar>
              <w:top w:w="110" w:type="dxa"/>
              <w:left w:w="120" w:type="dxa"/>
              <w:bottom w:w="110" w:type="dxa"/>
              <w:right w:w="120" w:type="dxa"/>
            </w:tcMar>
          </w:tcPr>
          <w:p w14:paraId="30827263" w14:textId="77777777" w:rsidR="00DF57C2" w:rsidRDefault="00DF57C2"/>
        </w:tc>
      </w:tr>
      <w:tr w:rsidR="00DF57C2" w14:paraId="18FCAFDF" w14:textId="77777777">
        <w:tc>
          <w:tcPr>
            <w:tcW w:w="3888" w:type="dxa"/>
            <w:shd w:val="clear" w:color="auto" w:fill="F3F4F3"/>
            <w:tcMar>
              <w:top w:w="110" w:type="dxa"/>
              <w:left w:w="120" w:type="dxa"/>
              <w:bottom w:w="110" w:type="dxa"/>
              <w:right w:w="120" w:type="dxa"/>
            </w:tcMar>
          </w:tcPr>
          <w:p w14:paraId="02F7C371" w14:textId="77777777" w:rsidR="00DF57C2" w:rsidRDefault="00201731">
            <w:r>
              <w:rPr>
                <w:b/>
              </w:rPr>
              <w:t>Business address</w:t>
            </w:r>
          </w:p>
        </w:tc>
        <w:tc>
          <w:tcPr>
            <w:tcW w:w="7343" w:type="dxa"/>
            <w:tcMar>
              <w:top w:w="110" w:type="dxa"/>
              <w:left w:w="120" w:type="dxa"/>
              <w:bottom w:w="110" w:type="dxa"/>
              <w:right w:w="120" w:type="dxa"/>
            </w:tcMar>
          </w:tcPr>
          <w:p w14:paraId="761183DD" w14:textId="77777777" w:rsidR="00DF57C2" w:rsidRDefault="00DF57C2"/>
        </w:tc>
      </w:tr>
      <w:tr w:rsidR="00DF57C2" w14:paraId="68495628" w14:textId="77777777">
        <w:tc>
          <w:tcPr>
            <w:tcW w:w="3888" w:type="dxa"/>
            <w:shd w:val="clear" w:color="auto" w:fill="F3F4F3"/>
            <w:tcMar>
              <w:top w:w="110" w:type="dxa"/>
              <w:left w:w="120" w:type="dxa"/>
              <w:bottom w:w="110" w:type="dxa"/>
              <w:right w:w="120" w:type="dxa"/>
            </w:tcMar>
          </w:tcPr>
          <w:p w14:paraId="30F3CEDC" w14:textId="77777777" w:rsidR="00DF57C2" w:rsidRDefault="00201731">
            <w:r>
              <w:rPr>
                <w:b/>
              </w:rPr>
              <w:t>Primary contact</w:t>
            </w:r>
          </w:p>
        </w:tc>
        <w:tc>
          <w:tcPr>
            <w:tcW w:w="7343" w:type="dxa"/>
            <w:tcMar>
              <w:top w:w="110" w:type="dxa"/>
              <w:left w:w="120" w:type="dxa"/>
              <w:bottom w:w="110" w:type="dxa"/>
              <w:right w:w="120" w:type="dxa"/>
            </w:tcMar>
          </w:tcPr>
          <w:p w14:paraId="1453A764" w14:textId="77777777" w:rsidR="00DF57C2" w:rsidRDefault="00DF57C2"/>
        </w:tc>
      </w:tr>
      <w:tr w:rsidR="00DF57C2" w14:paraId="61DB850D" w14:textId="77777777">
        <w:tc>
          <w:tcPr>
            <w:tcW w:w="3888" w:type="dxa"/>
            <w:shd w:val="clear" w:color="auto" w:fill="F3F4F3"/>
            <w:tcMar>
              <w:top w:w="110" w:type="dxa"/>
              <w:left w:w="120" w:type="dxa"/>
              <w:bottom w:w="110" w:type="dxa"/>
              <w:right w:w="120" w:type="dxa"/>
            </w:tcMar>
          </w:tcPr>
          <w:p w14:paraId="607B2A86" w14:textId="77777777" w:rsidR="00DF57C2" w:rsidRDefault="00201731">
            <w:r>
              <w:rPr>
                <w:b/>
              </w:rPr>
              <w:t>Title</w:t>
            </w:r>
          </w:p>
        </w:tc>
        <w:tc>
          <w:tcPr>
            <w:tcW w:w="7343" w:type="dxa"/>
            <w:tcMar>
              <w:top w:w="110" w:type="dxa"/>
              <w:left w:w="120" w:type="dxa"/>
              <w:bottom w:w="110" w:type="dxa"/>
              <w:right w:w="120" w:type="dxa"/>
            </w:tcMar>
          </w:tcPr>
          <w:p w14:paraId="701B4964" w14:textId="77777777" w:rsidR="00DF57C2" w:rsidRDefault="00DF57C2"/>
        </w:tc>
      </w:tr>
      <w:tr w:rsidR="00DF57C2" w14:paraId="57509091" w14:textId="77777777">
        <w:tc>
          <w:tcPr>
            <w:tcW w:w="3888" w:type="dxa"/>
            <w:shd w:val="clear" w:color="auto" w:fill="F3F4F3"/>
            <w:tcMar>
              <w:top w:w="110" w:type="dxa"/>
              <w:left w:w="120" w:type="dxa"/>
              <w:bottom w:w="110" w:type="dxa"/>
              <w:right w:w="120" w:type="dxa"/>
            </w:tcMar>
          </w:tcPr>
          <w:p w14:paraId="3D8C2A26" w14:textId="77777777" w:rsidR="00DF57C2" w:rsidRDefault="00201731">
            <w:r>
              <w:rPr>
                <w:b/>
              </w:rPr>
              <w:t>Telephone</w:t>
            </w:r>
          </w:p>
        </w:tc>
        <w:tc>
          <w:tcPr>
            <w:tcW w:w="7343" w:type="dxa"/>
            <w:tcMar>
              <w:top w:w="110" w:type="dxa"/>
              <w:left w:w="120" w:type="dxa"/>
              <w:bottom w:w="110" w:type="dxa"/>
              <w:right w:w="120" w:type="dxa"/>
            </w:tcMar>
          </w:tcPr>
          <w:p w14:paraId="4539D942" w14:textId="77777777" w:rsidR="00DF57C2" w:rsidRDefault="00DF57C2"/>
        </w:tc>
      </w:tr>
      <w:tr w:rsidR="00DF57C2" w14:paraId="68C4FB99" w14:textId="77777777">
        <w:tc>
          <w:tcPr>
            <w:tcW w:w="3888" w:type="dxa"/>
            <w:shd w:val="clear" w:color="auto" w:fill="F3F4F3"/>
            <w:tcMar>
              <w:top w:w="110" w:type="dxa"/>
              <w:left w:w="120" w:type="dxa"/>
              <w:bottom w:w="110" w:type="dxa"/>
              <w:right w:w="120" w:type="dxa"/>
            </w:tcMar>
          </w:tcPr>
          <w:p w14:paraId="48C6F17A" w14:textId="77777777" w:rsidR="00DF57C2" w:rsidRDefault="00201731">
            <w:r>
              <w:rPr>
                <w:b/>
              </w:rPr>
              <w:t>Email</w:t>
            </w:r>
          </w:p>
        </w:tc>
        <w:tc>
          <w:tcPr>
            <w:tcW w:w="7343" w:type="dxa"/>
            <w:tcMar>
              <w:top w:w="110" w:type="dxa"/>
              <w:left w:w="120" w:type="dxa"/>
              <w:bottom w:w="110" w:type="dxa"/>
              <w:right w:w="120" w:type="dxa"/>
            </w:tcMar>
          </w:tcPr>
          <w:p w14:paraId="132AB741" w14:textId="77777777" w:rsidR="00DF57C2" w:rsidRDefault="00DF57C2"/>
        </w:tc>
      </w:tr>
      <w:tr w:rsidR="00DF57C2" w14:paraId="1021AA06" w14:textId="77777777">
        <w:tc>
          <w:tcPr>
            <w:tcW w:w="3888" w:type="dxa"/>
            <w:shd w:val="clear" w:color="auto" w:fill="F3F4F3"/>
            <w:tcMar>
              <w:top w:w="110" w:type="dxa"/>
              <w:left w:w="120" w:type="dxa"/>
              <w:bottom w:w="110" w:type="dxa"/>
              <w:right w:w="120" w:type="dxa"/>
            </w:tcMar>
          </w:tcPr>
          <w:p w14:paraId="67F50541" w14:textId="77777777" w:rsidR="00DF57C2" w:rsidRDefault="00201731">
            <w:r>
              <w:rPr>
                <w:b/>
              </w:rPr>
              <w:t>NYS business / license information (as applicable)</w:t>
            </w:r>
          </w:p>
        </w:tc>
        <w:tc>
          <w:tcPr>
            <w:tcW w:w="7343" w:type="dxa"/>
            <w:tcMar>
              <w:top w:w="110" w:type="dxa"/>
              <w:left w:w="120" w:type="dxa"/>
              <w:bottom w:w="110" w:type="dxa"/>
              <w:right w:w="120" w:type="dxa"/>
            </w:tcMar>
          </w:tcPr>
          <w:p w14:paraId="3DD7854D" w14:textId="77777777" w:rsidR="00DF57C2" w:rsidRDefault="00DF57C2"/>
        </w:tc>
      </w:tr>
      <w:tr w:rsidR="00DF57C2" w14:paraId="689B2689" w14:textId="77777777">
        <w:tc>
          <w:tcPr>
            <w:tcW w:w="3888" w:type="dxa"/>
            <w:shd w:val="clear" w:color="auto" w:fill="F3F4F3"/>
            <w:tcMar>
              <w:top w:w="110" w:type="dxa"/>
              <w:left w:w="120" w:type="dxa"/>
              <w:bottom w:w="110" w:type="dxa"/>
              <w:right w:w="120" w:type="dxa"/>
            </w:tcMar>
          </w:tcPr>
          <w:p w14:paraId="768473DB" w14:textId="62F7DF73" w:rsidR="00DF57C2" w:rsidRDefault="00201731">
            <w:r>
              <w:rPr>
                <w:b/>
              </w:rPr>
              <w:t>Other project-specific licenses / registrations (if applicable)</w:t>
            </w:r>
          </w:p>
        </w:tc>
        <w:tc>
          <w:tcPr>
            <w:tcW w:w="7343" w:type="dxa"/>
            <w:tcMar>
              <w:top w:w="110" w:type="dxa"/>
              <w:left w:w="120" w:type="dxa"/>
              <w:bottom w:w="110" w:type="dxa"/>
              <w:right w:w="120" w:type="dxa"/>
            </w:tcMar>
          </w:tcPr>
          <w:p w14:paraId="525D83EE" w14:textId="77777777" w:rsidR="00DF57C2" w:rsidRDefault="00DF57C2"/>
        </w:tc>
      </w:tr>
      <w:tr w:rsidR="00DF57C2" w14:paraId="19B6EA86" w14:textId="77777777">
        <w:tc>
          <w:tcPr>
            <w:tcW w:w="3888" w:type="dxa"/>
            <w:shd w:val="clear" w:color="auto" w:fill="F3F4F3"/>
            <w:tcMar>
              <w:top w:w="110" w:type="dxa"/>
              <w:left w:w="120" w:type="dxa"/>
              <w:bottom w:w="110" w:type="dxa"/>
              <w:right w:w="120" w:type="dxa"/>
            </w:tcMar>
          </w:tcPr>
          <w:p w14:paraId="2322573F" w14:textId="77777777" w:rsidR="00DF57C2" w:rsidRDefault="00201731">
            <w:r>
              <w:rPr>
                <w:b/>
              </w:rPr>
              <w:t>Insurance capability (no certificate required with proposal)</w:t>
            </w:r>
          </w:p>
        </w:tc>
        <w:tc>
          <w:tcPr>
            <w:tcW w:w="7343" w:type="dxa"/>
            <w:tcMar>
              <w:top w:w="110" w:type="dxa"/>
              <w:left w:w="120" w:type="dxa"/>
              <w:bottom w:w="110" w:type="dxa"/>
              <w:right w:w="120" w:type="dxa"/>
            </w:tcMar>
          </w:tcPr>
          <w:p w14:paraId="7779E0ED" w14:textId="77777777" w:rsidR="00DF57C2" w:rsidRDefault="00DF57C2"/>
        </w:tc>
      </w:tr>
    </w:tbl>
    <w:p w14:paraId="194FC510" w14:textId="77777777" w:rsidR="00DF57C2" w:rsidRDefault="00201731">
      <w:pPr>
        <w:pStyle w:val="Heading1"/>
      </w:pPr>
      <w:r>
        <w:t>B. Work Package Pricing</w:t>
      </w:r>
    </w:p>
    <w:p w14:paraId="2447BB00" w14:textId="77777777" w:rsidR="00DF57C2" w:rsidRDefault="00201731">
      <w:r>
        <w:t>Check Bid or No Bid for each package. Enter a separate lump sum for every package bid. Attach a schedule of values for each package bid.</w:t>
      </w:r>
    </w:p>
    <w:tbl>
      <w:tblPr>
        <w:tblW w:w="0" w:type="auto"/>
        <w:jc w:val="center"/>
        <w:tblBorders>
          <w:top w:val="single" w:sz="4" w:space="0" w:color="D9DED9"/>
          <w:left w:val="single" w:sz="4" w:space="0" w:color="D9DED9"/>
          <w:bottom w:val="single" w:sz="4" w:space="0" w:color="D9DED9"/>
          <w:right w:val="single" w:sz="4" w:space="0" w:color="D9DED9"/>
          <w:insideH w:val="single" w:sz="4" w:space="0" w:color="D9DED9"/>
          <w:insideV w:val="single" w:sz="4" w:space="0" w:color="D9DED9"/>
        </w:tblBorders>
        <w:tblLayout w:type="fixed"/>
        <w:tblLook w:val="04A0" w:firstRow="1" w:lastRow="0" w:firstColumn="1" w:lastColumn="0" w:noHBand="0" w:noVBand="1"/>
      </w:tblPr>
      <w:tblGrid>
        <w:gridCol w:w="648"/>
        <w:gridCol w:w="3671"/>
        <w:gridCol w:w="1152"/>
        <w:gridCol w:w="2304"/>
        <w:gridCol w:w="3456"/>
      </w:tblGrid>
      <w:tr w:rsidR="00DF57C2" w14:paraId="18B42BEB" w14:textId="77777777">
        <w:trPr>
          <w:tblHeader/>
          <w:jc w:val="center"/>
        </w:trPr>
        <w:tc>
          <w:tcPr>
            <w:tcW w:w="648" w:type="dxa"/>
            <w:shd w:val="clear" w:color="auto" w:fill="244A35"/>
            <w:tcMar>
              <w:top w:w="100" w:type="dxa"/>
              <w:left w:w="80" w:type="dxa"/>
              <w:bottom w:w="100" w:type="dxa"/>
              <w:right w:w="80" w:type="dxa"/>
            </w:tcMar>
          </w:tcPr>
          <w:p w14:paraId="6EDDADB6" w14:textId="77777777" w:rsidR="00DF57C2" w:rsidRDefault="00201731">
            <w:pPr>
              <w:jc w:val="center"/>
            </w:pPr>
            <w:r>
              <w:rPr>
                <w:b/>
                <w:color w:val="FFFFFF"/>
                <w:sz w:val="16"/>
              </w:rPr>
              <w:t>Pkg.</w:t>
            </w:r>
          </w:p>
        </w:tc>
        <w:tc>
          <w:tcPr>
            <w:tcW w:w="3671" w:type="dxa"/>
            <w:shd w:val="clear" w:color="auto" w:fill="244A35"/>
            <w:tcMar>
              <w:top w:w="100" w:type="dxa"/>
              <w:left w:w="80" w:type="dxa"/>
              <w:bottom w:w="100" w:type="dxa"/>
              <w:right w:w="80" w:type="dxa"/>
            </w:tcMar>
          </w:tcPr>
          <w:p w14:paraId="495E2098" w14:textId="77777777" w:rsidR="00DF57C2" w:rsidRDefault="00201731">
            <w:pPr>
              <w:jc w:val="center"/>
            </w:pPr>
            <w:r>
              <w:rPr>
                <w:b/>
                <w:color w:val="FFFFFF"/>
                <w:sz w:val="16"/>
              </w:rPr>
              <w:t>Work package</w:t>
            </w:r>
          </w:p>
        </w:tc>
        <w:tc>
          <w:tcPr>
            <w:tcW w:w="1152" w:type="dxa"/>
            <w:shd w:val="clear" w:color="auto" w:fill="244A35"/>
            <w:tcMar>
              <w:top w:w="100" w:type="dxa"/>
              <w:left w:w="80" w:type="dxa"/>
              <w:bottom w:w="100" w:type="dxa"/>
              <w:right w:w="80" w:type="dxa"/>
            </w:tcMar>
          </w:tcPr>
          <w:p w14:paraId="3B153C43" w14:textId="77777777" w:rsidR="00DF57C2" w:rsidRDefault="00201731">
            <w:pPr>
              <w:jc w:val="center"/>
            </w:pPr>
            <w:r>
              <w:rPr>
                <w:b/>
                <w:color w:val="FFFFFF"/>
                <w:sz w:val="16"/>
              </w:rPr>
              <w:t>Bid?</w:t>
            </w:r>
          </w:p>
        </w:tc>
        <w:tc>
          <w:tcPr>
            <w:tcW w:w="2304" w:type="dxa"/>
            <w:shd w:val="clear" w:color="auto" w:fill="244A35"/>
            <w:tcMar>
              <w:top w:w="100" w:type="dxa"/>
              <w:left w:w="80" w:type="dxa"/>
              <w:bottom w:w="100" w:type="dxa"/>
              <w:right w:w="80" w:type="dxa"/>
            </w:tcMar>
          </w:tcPr>
          <w:p w14:paraId="38B5B666" w14:textId="77777777" w:rsidR="00DF57C2" w:rsidRDefault="00201731">
            <w:pPr>
              <w:jc w:val="center"/>
            </w:pPr>
            <w:r>
              <w:rPr>
                <w:b/>
                <w:color w:val="FFFFFF"/>
                <w:sz w:val="16"/>
              </w:rPr>
              <w:t>Lump-sum price</w:t>
            </w:r>
          </w:p>
        </w:tc>
        <w:tc>
          <w:tcPr>
            <w:tcW w:w="3456" w:type="dxa"/>
            <w:shd w:val="clear" w:color="auto" w:fill="244A35"/>
            <w:tcMar>
              <w:top w:w="100" w:type="dxa"/>
              <w:left w:w="80" w:type="dxa"/>
              <w:bottom w:w="100" w:type="dxa"/>
              <w:right w:w="80" w:type="dxa"/>
            </w:tcMar>
          </w:tcPr>
          <w:p w14:paraId="2E233BA6" w14:textId="77777777" w:rsidR="00DF57C2" w:rsidRDefault="00201731">
            <w:pPr>
              <w:jc w:val="center"/>
            </w:pPr>
            <w:r>
              <w:rPr>
                <w:b/>
                <w:color w:val="FFFFFF"/>
                <w:sz w:val="16"/>
              </w:rPr>
              <w:t>Estimated duration / note</w:t>
            </w:r>
          </w:p>
        </w:tc>
      </w:tr>
      <w:tr w:rsidR="00DF57C2" w14:paraId="1D11E2A7" w14:textId="77777777">
        <w:trPr>
          <w:cantSplit/>
          <w:jc w:val="center"/>
        </w:trPr>
        <w:tc>
          <w:tcPr>
            <w:tcW w:w="648" w:type="dxa"/>
            <w:tcMar>
              <w:top w:w="130" w:type="dxa"/>
              <w:left w:w="80" w:type="dxa"/>
              <w:bottom w:w="130" w:type="dxa"/>
              <w:right w:w="80" w:type="dxa"/>
            </w:tcMar>
            <w:vAlign w:val="center"/>
          </w:tcPr>
          <w:p w14:paraId="53059D54" w14:textId="77777777" w:rsidR="00DF57C2" w:rsidRDefault="00201731">
            <w:pPr>
              <w:jc w:val="center"/>
            </w:pPr>
            <w:r>
              <w:rPr>
                <w:b/>
                <w:sz w:val="17"/>
              </w:rPr>
              <w:t>A</w:t>
            </w:r>
          </w:p>
        </w:tc>
        <w:tc>
          <w:tcPr>
            <w:tcW w:w="3671" w:type="dxa"/>
            <w:tcMar>
              <w:top w:w="130" w:type="dxa"/>
              <w:left w:w="80" w:type="dxa"/>
              <w:bottom w:w="130" w:type="dxa"/>
              <w:right w:w="80" w:type="dxa"/>
            </w:tcMar>
            <w:vAlign w:val="center"/>
          </w:tcPr>
          <w:p w14:paraId="197179E2" w14:textId="77777777" w:rsidR="00DF57C2" w:rsidRDefault="00201731">
            <w:r>
              <w:rPr>
                <w:sz w:val="17"/>
              </w:rPr>
              <w:t>Big Barn - Foundation &amp; Water Management</w:t>
            </w:r>
          </w:p>
        </w:tc>
        <w:tc>
          <w:tcPr>
            <w:tcW w:w="1152" w:type="dxa"/>
            <w:tcMar>
              <w:top w:w="130" w:type="dxa"/>
              <w:left w:w="80" w:type="dxa"/>
              <w:bottom w:w="130" w:type="dxa"/>
              <w:right w:w="80" w:type="dxa"/>
            </w:tcMar>
            <w:vAlign w:val="center"/>
          </w:tcPr>
          <w:p w14:paraId="315D88D4" w14:textId="77777777" w:rsidR="00DF57C2" w:rsidRDefault="00201731">
            <w:pPr>
              <w:jc w:val="center"/>
            </w:pPr>
            <w:r>
              <w:rPr>
                <w:sz w:val="17"/>
              </w:rPr>
              <w:t>☐ Bid</w:t>
            </w:r>
            <w:r>
              <w:rPr>
                <w:sz w:val="17"/>
              </w:rPr>
              <w:br/>
              <w:t>☐ No Bid</w:t>
            </w:r>
          </w:p>
        </w:tc>
        <w:tc>
          <w:tcPr>
            <w:tcW w:w="2304" w:type="dxa"/>
            <w:tcMar>
              <w:top w:w="130" w:type="dxa"/>
              <w:left w:w="80" w:type="dxa"/>
              <w:bottom w:w="130" w:type="dxa"/>
              <w:right w:w="80" w:type="dxa"/>
            </w:tcMar>
            <w:vAlign w:val="center"/>
          </w:tcPr>
          <w:p w14:paraId="6C56E98E" w14:textId="77777777" w:rsidR="00DF57C2" w:rsidRDefault="00201731">
            <w:pPr>
              <w:jc w:val="center"/>
            </w:pPr>
            <w:r>
              <w:rPr>
                <w:sz w:val="17"/>
              </w:rPr>
              <w:t>$________________</w:t>
            </w:r>
          </w:p>
        </w:tc>
        <w:tc>
          <w:tcPr>
            <w:tcW w:w="3456" w:type="dxa"/>
            <w:tcMar>
              <w:top w:w="130" w:type="dxa"/>
              <w:left w:w="80" w:type="dxa"/>
              <w:bottom w:w="130" w:type="dxa"/>
              <w:right w:w="80" w:type="dxa"/>
            </w:tcMar>
            <w:vAlign w:val="center"/>
          </w:tcPr>
          <w:p w14:paraId="5D4AE3CC" w14:textId="77777777" w:rsidR="00DF57C2" w:rsidRDefault="00DF57C2"/>
        </w:tc>
      </w:tr>
      <w:tr w:rsidR="00DF57C2" w14:paraId="2AE3A15C" w14:textId="77777777">
        <w:trPr>
          <w:cantSplit/>
          <w:jc w:val="center"/>
        </w:trPr>
        <w:tc>
          <w:tcPr>
            <w:tcW w:w="648" w:type="dxa"/>
            <w:shd w:val="clear" w:color="auto" w:fill="F8FAF8"/>
            <w:tcMar>
              <w:top w:w="130" w:type="dxa"/>
              <w:left w:w="80" w:type="dxa"/>
              <w:bottom w:w="130" w:type="dxa"/>
              <w:right w:w="80" w:type="dxa"/>
            </w:tcMar>
            <w:vAlign w:val="center"/>
          </w:tcPr>
          <w:p w14:paraId="5230D677" w14:textId="77777777" w:rsidR="00DF57C2" w:rsidRDefault="00201731">
            <w:pPr>
              <w:jc w:val="center"/>
            </w:pPr>
            <w:r>
              <w:rPr>
                <w:b/>
                <w:sz w:val="17"/>
              </w:rPr>
              <w:t>B</w:t>
            </w:r>
          </w:p>
        </w:tc>
        <w:tc>
          <w:tcPr>
            <w:tcW w:w="3671" w:type="dxa"/>
            <w:shd w:val="clear" w:color="auto" w:fill="F8FAF8"/>
            <w:tcMar>
              <w:top w:w="130" w:type="dxa"/>
              <w:left w:w="80" w:type="dxa"/>
              <w:bottom w:w="130" w:type="dxa"/>
              <w:right w:w="80" w:type="dxa"/>
            </w:tcMar>
            <w:vAlign w:val="center"/>
          </w:tcPr>
          <w:p w14:paraId="36A07D1B" w14:textId="77777777" w:rsidR="00DF57C2" w:rsidRDefault="00201731">
            <w:r>
              <w:rPr>
                <w:sz w:val="17"/>
              </w:rPr>
              <w:t>Big Barn - Superstructure &amp; Floor Stabilization</w:t>
            </w:r>
          </w:p>
        </w:tc>
        <w:tc>
          <w:tcPr>
            <w:tcW w:w="1152" w:type="dxa"/>
            <w:shd w:val="clear" w:color="auto" w:fill="F8FAF8"/>
            <w:tcMar>
              <w:top w:w="130" w:type="dxa"/>
              <w:left w:w="80" w:type="dxa"/>
              <w:bottom w:w="130" w:type="dxa"/>
              <w:right w:w="80" w:type="dxa"/>
            </w:tcMar>
            <w:vAlign w:val="center"/>
          </w:tcPr>
          <w:p w14:paraId="45EC4189" w14:textId="77777777" w:rsidR="00DF57C2" w:rsidRDefault="00201731">
            <w:pPr>
              <w:jc w:val="center"/>
            </w:pPr>
            <w:r>
              <w:rPr>
                <w:sz w:val="17"/>
              </w:rPr>
              <w:t>☐ Bid</w:t>
            </w:r>
            <w:r>
              <w:rPr>
                <w:sz w:val="17"/>
              </w:rPr>
              <w:br/>
              <w:t>☐ No Bid</w:t>
            </w:r>
          </w:p>
        </w:tc>
        <w:tc>
          <w:tcPr>
            <w:tcW w:w="2304" w:type="dxa"/>
            <w:shd w:val="clear" w:color="auto" w:fill="F8FAF8"/>
            <w:tcMar>
              <w:top w:w="130" w:type="dxa"/>
              <w:left w:w="80" w:type="dxa"/>
              <w:bottom w:w="130" w:type="dxa"/>
              <w:right w:w="80" w:type="dxa"/>
            </w:tcMar>
            <w:vAlign w:val="center"/>
          </w:tcPr>
          <w:p w14:paraId="139AFE9D" w14:textId="77777777" w:rsidR="00DF57C2" w:rsidRDefault="00201731">
            <w:pPr>
              <w:jc w:val="center"/>
            </w:pPr>
            <w:r>
              <w:rPr>
                <w:sz w:val="17"/>
              </w:rPr>
              <w:t>$________________</w:t>
            </w:r>
          </w:p>
        </w:tc>
        <w:tc>
          <w:tcPr>
            <w:tcW w:w="3456" w:type="dxa"/>
            <w:shd w:val="clear" w:color="auto" w:fill="F8FAF8"/>
            <w:tcMar>
              <w:top w:w="130" w:type="dxa"/>
              <w:left w:w="80" w:type="dxa"/>
              <w:bottom w:w="130" w:type="dxa"/>
              <w:right w:w="80" w:type="dxa"/>
            </w:tcMar>
            <w:vAlign w:val="center"/>
          </w:tcPr>
          <w:p w14:paraId="3C267858" w14:textId="77777777" w:rsidR="00DF57C2" w:rsidRDefault="00DF57C2"/>
        </w:tc>
      </w:tr>
      <w:tr w:rsidR="00DF57C2" w14:paraId="74E0E03C" w14:textId="77777777">
        <w:trPr>
          <w:cantSplit/>
          <w:jc w:val="center"/>
        </w:trPr>
        <w:tc>
          <w:tcPr>
            <w:tcW w:w="648" w:type="dxa"/>
            <w:tcMar>
              <w:top w:w="130" w:type="dxa"/>
              <w:left w:w="80" w:type="dxa"/>
              <w:bottom w:w="130" w:type="dxa"/>
              <w:right w:w="80" w:type="dxa"/>
            </w:tcMar>
            <w:vAlign w:val="center"/>
          </w:tcPr>
          <w:p w14:paraId="79B214A5" w14:textId="77777777" w:rsidR="00DF57C2" w:rsidRDefault="00201731">
            <w:pPr>
              <w:jc w:val="center"/>
            </w:pPr>
            <w:r>
              <w:rPr>
                <w:b/>
                <w:sz w:val="17"/>
              </w:rPr>
              <w:lastRenderedPageBreak/>
              <w:t>C</w:t>
            </w:r>
          </w:p>
        </w:tc>
        <w:tc>
          <w:tcPr>
            <w:tcW w:w="3671" w:type="dxa"/>
            <w:tcMar>
              <w:top w:w="130" w:type="dxa"/>
              <w:left w:w="80" w:type="dxa"/>
              <w:bottom w:w="130" w:type="dxa"/>
              <w:right w:w="80" w:type="dxa"/>
            </w:tcMar>
            <w:vAlign w:val="center"/>
          </w:tcPr>
          <w:p w14:paraId="3FCEF00F" w14:textId="77777777" w:rsidR="00DF57C2" w:rsidRDefault="00201731">
            <w:r>
              <w:rPr>
                <w:sz w:val="17"/>
              </w:rPr>
              <w:t>Red Barn - Structural &amp; Floor Stabilization</w:t>
            </w:r>
          </w:p>
        </w:tc>
        <w:tc>
          <w:tcPr>
            <w:tcW w:w="1152" w:type="dxa"/>
            <w:tcMar>
              <w:top w:w="130" w:type="dxa"/>
              <w:left w:w="80" w:type="dxa"/>
              <w:bottom w:w="130" w:type="dxa"/>
              <w:right w:w="80" w:type="dxa"/>
            </w:tcMar>
            <w:vAlign w:val="center"/>
          </w:tcPr>
          <w:p w14:paraId="00DC3B81" w14:textId="77777777" w:rsidR="00DF57C2" w:rsidRDefault="00201731">
            <w:pPr>
              <w:jc w:val="center"/>
            </w:pPr>
            <w:r>
              <w:rPr>
                <w:sz w:val="17"/>
              </w:rPr>
              <w:t>☐ Bid</w:t>
            </w:r>
            <w:r>
              <w:rPr>
                <w:sz w:val="17"/>
              </w:rPr>
              <w:br/>
              <w:t>☐ No Bid</w:t>
            </w:r>
          </w:p>
        </w:tc>
        <w:tc>
          <w:tcPr>
            <w:tcW w:w="2304" w:type="dxa"/>
            <w:tcMar>
              <w:top w:w="130" w:type="dxa"/>
              <w:left w:w="80" w:type="dxa"/>
              <w:bottom w:w="130" w:type="dxa"/>
              <w:right w:w="80" w:type="dxa"/>
            </w:tcMar>
            <w:vAlign w:val="center"/>
          </w:tcPr>
          <w:p w14:paraId="1BE3855A" w14:textId="77777777" w:rsidR="00DF57C2" w:rsidRDefault="00201731">
            <w:pPr>
              <w:jc w:val="center"/>
            </w:pPr>
            <w:r>
              <w:rPr>
                <w:sz w:val="17"/>
              </w:rPr>
              <w:t>$________________</w:t>
            </w:r>
          </w:p>
        </w:tc>
        <w:tc>
          <w:tcPr>
            <w:tcW w:w="3456" w:type="dxa"/>
            <w:tcMar>
              <w:top w:w="130" w:type="dxa"/>
              <w:left w:w="80" w:type="dxa"/>
              <w:bottom w:w="130" w:type="dxa"/>
              <w:right w:w="80" w:type="dxa"/>
            </w:tcMar>
            <w:vAlign w:val="center"/>
          </w:tcPr>
          <w:p w14:paraId="027F9E19" w14:textId="77777777" w:rsidR="00DF57C2" w:rsidRDefault="00DF57C2"/>
        </w:tc>
      </w:tr>
      <w:tr w:rsidR="00DF57C2" w14:paraId="7D555035" w14:textId="77777777">
        <w:trPr>
          <w:cantSplit/>
          <w:jc w:val="center"/>
        </w:trPr>
        <w:tc>
          <w:tcPr>
            <w:tcW w:w="648" w:type="dxa"/>
            <w:shd w:val="clear" w:color="auto" w:fill="F8FAF8"/>
            <w:tcMar>
              <w:top w:w="130" w:type="dxa"/>
              <w:left w:w="80" w:type="dxa"/>
              <w:bottom w:w="130" w:type="dxa"/>
              <w:right w:w="80" w:type="dxa"/>
            </w:tcMar>
            <w:vAlign w:val="center"/>
          </w:tcPr>
          <w:p w14:paraId="72075A5D" w14:textId="77777777" w:rsidR="00DF57C2" w:rsidRDefault="00201731">
            <w:pPr>
              <w:jc w:val="center"/>
            </w:pPr>
            <w:r>
              <w:rPr>
                <w:b/>
                <w:sz w:val="17"/>
              </w:rPr>
              <w:t>D</w:t>
            </w:r>
          </w:p>
        </w:tc>
        <w:tc>
          <w:tcPr>
            <w:tcW w:w="3671" w:type="dxa"/>
            <w:shd w:val="clear" w:color="auto" w:fill="F8FAF8"/>
            <w:tcMar>
              <w:top w:w="130" w:type="dxa"/>
              <w:left w:w="80" w:type="dxa"/>
              <w:bottom w:w="130" w:type="dxa"/>
              <w:right w:w="80" w:type="dxa"/>
            </w:tcMar>
            <w:vAlign w:val="center"/>
          </w:tcPr>
          <w:p w14:paraId="1F22A4FD" w14:textId="77777777" w:rsidR="00DF57C2" w:rsidRDefault="00201731">
            <w:r>
              <w:rPr>
                <w:sz w:val="17"/>
              </w:rPr>
              <w:t>ADA Access - Ramps &amp; Railings</w:t>
            </w:r>
          </w:p>
        </w:tc>
        <w:tc>
          <w:tcPr>
            <w:tcW w:w="1152" w:type="dxa"/>
            <w:shd w:val="clear" w:color="auto" w:fill="F8FAF8"/>
            <w:tcMar>
              <w:top w:w="130" w:type="dxa"/>
              <w:left w:w="80" w:type="dxa"/>
              <w:bottom w:w="130" w:type="dxa"/>
              <w:right w:w="80" w:type="dxa"/>
            </w:tcMar>
            <w:vAlign w:val="center"/>
          </w:tcPr>
          <w:p w14:paraId="0F20337D" w14:textId="77777777" w:rsidR="00DF57C2" w:rsidRDefault="00201731">
            <w:pPr>
              <w:jc w:val="center"/>
            </w:pPr>
            <w:r>
              <w:rPr>
                <w:sz w:val="17"/>
              </w:rPr>
              <w:t>☐ Bid</w:t>
            </w:r>
            <w:r>
              <w:rPr>
                <w:sz w:val="17"/>
              </w:rPr>
              <w:br/>
              <w:t>☐ No Bid</w:t>
            </w:r>
          </w:p>
        </w:tc>
        <w:tc>
          <w:tcPr>
            <w:tcW w:w="2304" w:type="dxa"/>
            <w:shd w:val="clear" w:color="auto" w:fill="F8FAF8"/>
            <w:tcMar>
              <w:top w:w="130" w:type="dxa"/>
              <w:left w:w="80" w:type="dxa"/>
              <w:bottom w:w="130" w:type="dxa"/>
              <w:right w:w="80" w:type="dxa"/>
            </w:tcMar>
            <w:vAlign w:val="center"/>
          </w:tcPr>
          <w:p w14:paraId="6163F104" w14:textId="77777777" w:rsidR="00DF57C2" w:rsidRDefault="00201731">
            <w:pPr>
              <w:jc w:val="center"/>
            </w:pPr>
            <w:r>
              <w:rPr>
                <w:sz w:val="17"/>
              </w:rPr>
              <w:t>$________________</w:t>
            </w:r>
          </w:p>
        </w:tc>
        <w:tc>
          <w:tcPr>
            <w:tcW w:w="3456" w:type="dxa"/>
            <w:shd w:val="clear" w:color="auto" w:fill="F8FAF8"/>
            <w:tcMar>
              <w:top w:w="130" w:type="dxa"/>
              <w:left w:w="80" w:type="dxa"/>
              <w:bottom w:w="130" w:type="dxa"/>
              <w:right w:w="80" w:type="dxa"/>
            </w:tcMar>
            <w:vAlign w:val="center"/>
          </w:tcPr>
          <w:p w14:paraId="5221FF8B" w14:textId="77777777" w:rsidR="00DF57C2" w:rsidRDefault="00DF57C2"/>
        </w:tc>
      </w:tr>
      <w:tr w:rsidR="00DF57C2" w14:paraId="55556EB2" w14:textId="77777777">
        <w:trPr>
          <w:cantSplit/>
          <w:jc w:val="center"/>
        </w:trPr>
        <w:tc>
          <w:tcPr>
            <w:tcW w:w="648" w:type="dxa"/>
            <w:tcMar>
              <w:top w:w="130" w:type="dxa"/>
              <w:left w:w="80" w:type="dxa"/>
              <w:bottom w:w="130" w:type="dxa"/>
              <w:right w:w="80" w:type="dxa"/>
            </w:tcMar>
            <w:vAlign w:val="center"/>
          </w:tcPr>
          <w:p w14:paraId="4CF303DA" w14:textId="77777777" w:rsidR="00DF57C2" w:rsidRDefault="00201731">
            <w:pPr>
              <w:jc w:val="center"/>
            </w:pPr>
            <w:r>
              <w:rPr>
                <w:b/>
                <w:sz w:val="17"/>
              </w:rPr>
              <w:t>E</w:t>
            </w:r>
          </w:p>
        </w:tc>
        <w:tc>
          <w:tcPr>
            <w:tcW w:w="3671" w:type="dxa"/>
            <w:tcMar>
              <w:top w:w="130" w:type="dxa"/>
              <w:left w:w="80" w:type="dxa"/>
              <w:bottom w:w="130" w:type="dxa"/>
              <w:right w:w="80" w:type="dxa"/>
            </w:tcMar>
            <w:vAlign w:val="center"/>
          </w:tcPr>
          <w:p w14:paraId="21E7B31D" w14:textId="77777777" w:rsidR="00DF57C2" w:rsidRDefault="00201731">
            <w:r>
              <w:rPr>
                <w:sz w:val="17"/>
              </w:rPr>
              <w:t>Windows &amp; Installation</w:t>
            </w:r>
          </w:p>
        </w:tc>
        <w:tc>
          <w:tcPr>
            <w:tcW w:w="1152" w:type="dxa"/>
            <w:tcMar>
              <w:top w:w="130" w:type="dxa"/>
              <w:left w:w="80" w:type="dxa"/>
              <w:bottom w:w="130" w:type="dxa"/>
              <w:right w:w="80" w:type="dxa"/>
            </w:tcMar>
            <w:vAlign w:val="center"/>
          </w:tcPr>
          <w:p w14:paraId="50CF2F1C" w14:textId="77777777" w:rsidR="00DF57C2" w:rsidRDefault="00201731">
            <w:pPr>
              <w:jc w:val="center"/>
            </w:pPr>
            <w:r>
              <w:rPr>
                <w:sz w:val="17"/>
              </w:rPr>
              <w:t>☐ Bid</w:t>
            </w:r>
            <w:r>
              <w:rPr>
                <w:sz w:val="17"/>
              </w:rPr>
              <w:br/>
              <w:t>☐ No Bid</w:t>
            </w:r>
          </w:p>
        </w:tc>
        <w:tc>
          <w:tcPr>
            <w:tcW w:w="2304" w:type="dxa"/>
            <w:tcMar>
              <w:top w:w="130" w:type="dxa"/>
              <w:left w:w="80" w:type="dxa"/>
              <w:bottom w:w="130" w:type="dxa"/>
              <w:right w:w="80" w:type="dxa"/>
            </w:tcMar>
            <w:vAlign w:val="center"/>
          </w:tcPr>
          <w:p w14:paraId="374F1B44" w14:textId="77777777" w:rsidR="00DF57C2" w:rsidRDefault="00201731">
            <w:pPr>
              <w:jc w:val="center"/>
            </w:pPr>
            <w:r>
              <w:rPr>
                <w:sz w:val="17"/>
              </w:rPr>
              <w:t>$________________</w:t>
            </w:r>
          </w:p>
        </w:tc>
        <w:tc>
          <w:tcPr>
            <w:tcW w:w="3456" w:type="dxa"/>
            <w:tcMar>
              <w:top w:w="130" w:type="dxa"/>
              <w:left w:w="80" w:type="dxa"/>
              <w:bottom w:w="130" w:type="dxa"/>
              <w:right w:w="80" w:type="dxa"/>
            </w:tcMar>
            <w:vAlign w:val="center"/>
          </w:tcPr>
          <w:p w14:paraId="70D5CE3A" w14:textId="77777777" w:rsidR="00DF57C2" w:rsidRDefault="00DF57C2"/>
        </w:tc>
      </w:tr>
      <w:tr w:rsidR="00DF57C2" w14:paraId="128A9838" w14:textId="77777777">
        <w:trPr>
          <w:cantSplit/>
          <w:jc w:val="center"/>
        </w:trPr>
        <w:tc>
          <w:tcPr>
            <w:tcW w:w="648" w:type="dxa"/>
            <w:shd w:val="clear" w:color="auto" w:fill="F8FAF8"/>
            <w:tcMar>
              <w:top w:w="130" w:type="dxa"/>
              <w:left w:w="80" w:type="dxa"/>
              <w:bottom w:w="130" w:type="dxa"/>
              <w:right w:w="80" w:type="dxa"/>
            </w:tcMar>
            <w:vAlign w:val="center"/>
          </w:tcPr>
          <w:p w14:paraId="49848498" w14:textId="77777777" w:rsidR="00DF57C2" w:rsidRDefault="00201731">
            <w:pPr>
              <w:jc w:val="center"/>
            </w:pPr>
            <w:r>
              <w:rPr>
                <w:b/>
                <w:sz w:val="17"/>
              </w:rPr>
              <w:t>F</w:t>
            </w:r>
          </w:p>
        </w:tc>
        <w:tc>
          <w:tcPr>
            <w:tcW w:w="3671" w:type="dxa"/>
            <w:shd w:val="clear" w:color="auto" w:fill="F8FAF8"/>
            <w:tcMar>
              <w:top w:w="130" w:type="dxa"/>
              <w:left w:w="80" w:type="dxa"/>
              <w:bottom w:w="130" w:type="dxa"/>
              <w:right w:w="80" w:type="dxa"/>
            </w:tcMar>
            <w:vAlign w:val="center"/>
          </w:tcPr>
          <w:p w14:paraId="7BDFA491" w14:textId="77777777" w:rsidR="00DF57C2" w:rsidRDefault="00201731">
            <w:r>
              <w:rPr>
                <w:sz w:val="17"/>
              </w:rPr>
              <w:t>Doors / Envelope Repairs</w:t>
            </w:r>
          </w:p>
        </w:tc>
        <w:tc>
          <w:tcPr>
            <w:tcW w:w="1152" w:type="dxa"/>
            <w:shd w:val="clear" w:color="auto" w:fill="F8FAF8"/>
            <w:tcMar>
              <w:top w:w="130" w:type="dxa"/>
              <w:left w:w="80" w:type="dxa"/>
              <w:bottom w:w="130" w:type="dxa"/>
              <w:right w:w="80" w:type="dxa"/>
            </w:tcMar>
            <w:vAlign w:val="center"/>
          </w:tcPr>
          <w:p w14:paraId="4DB9375A" w14:textId="77777777" w:rsidR="00DF57C2" w:rsidRDefault="00201731">
            <w:pPr>
              <w:jc w:val="center"/>
            </w:pPr>
            <w:r>
              <w:rPr>
                <w:sz w:val="17"/>
              </w:rPr>
              <w:t>☐ Bid</w:t>
            </w:r>
            <w:r>
              <w:rPr>
                <w:sz w:val="17"/>
              </w:rPr>
              <w:br/>
              <w:t>☐ No Bid</w:t>
            </w:r>
          </w:p>
        </w:tc>
        <w:tc>
          <w:tcPr>
            <w:tcW w:w="2304" w:type="dxa"/>
            <w:shd w:val="clear" w:color="auto" w:fill="F8FAF8"/>
            <w:tcMar>
              <w:top w:w="130" w:type="dxa"/>
              <w:left w:w="80" w:type="dxa"/>
              <w:bottom w:w="130" w:type="dxa"/>
              <w:right w:w="80" w:type="dxa"/>
            </w:tcMar>
            <w:vAlign w:val="center"/>
          </w:tcPr>
          <w:p w14:paraId="558D4818" w14:textId="77777777" w:rsidR="00DF57C2" w:rsidRDefault="00201731">
            <w:pPr>
              <w:jc w:val="center"/>
            </w:pPr>
            <w:r>
              <w:rPr>
                <w:sz w:val="17"/>
              </w:rPr>
              <w:t>$________________</w:t>
            </w:r>
          </w:p>
        </w:tc>
        <w:tc>
          <w:tcPr>
            <w:tcW w:w="3456" w:type="dxa"/>
            <w:shd w:val="clear" w:color="auto" w:fill="F8FAF8"/>
            <w:tcMar>
              <w:top w:w="130" w:type="dxa"/>
              <w:left w:w="80" w:type="dxa"/>
              <w:bottom w:w="130" w:type="dxa"/>
              <w:right w:w="80" w:type="dxa"/>
            </w:tcMar>
            <w:vAlign w:val="center"/>
          </w:tcPr>
          <w:p w14:paraId="281396BD" w14:textId="77777777" w:rsidR="00DF57C2" w:rsidRDefault="00DF57C2"/>
        </w:tc>
      </w:tr>
      <w:tr w:rsidR="00DF57C2" w14:paraId="6AA168ED" w14:textId="77777777">
        <w:trPr>
          <w:cantSplit/>
          <w:jc w:val="center"/>
        </w:trPr>
        <w:tc>
          <w:tcPr>
            <w:tcW w:w="648" w:type="dxa"/>
            <w:tcMar>
              <w:top w:w="130" w:type="dxa"/>
              <w:left w:w="80" w:type="dxa"/>
              <w:bottom w:w="130" w:type="dxa"/>
              <w:right w:w="80" w:type="dxa"/>
            </w:tcMar>
            <w:vAlign w:val="center"/>
          </w:tcPr>
          <w:p w14:paraId="69FE61BA" w14:textId="77777777" w:rsidR="00DF57C2" w:rsidRDefault="00201731">
            <w:pPr>
              <w:jc w:val="center"/>
            </w:pPr>
            <w:r>
              <w:rPr>
                <w:b/>
                <w:sz w:val="17"/>
              </w:rPr>
              <w:t>G</w:t>
            </w:r>
          </w:p>
        </w:tc>
        <w:tc>
          <w:tcPr>
            <w:tcW w:w="3671" w:type="dxa"/>
            <w:tcMar>
              <w:top w:w="130" w:type="dxa"/>
              <w:left w:w="80" w:type="dxa"/>
              <w:bottom w:w="130" w:type="dxa"/>
              <w:right w:w="80" w:type="dxa"/>
            </w:tcMar>
            <w:vAlign w:val="center"/>
          </w:tcPr>
          <w:p w14:paraId="5EF7FE0D" w14:textId="77777777" w:rsidR="00DF57C2" w:rsidRDefault="00201731">
            <w:r>
              <w:rPr>
                <w:sz w:val="17"/>
              </w:rPr>
              <w:t>Exterior Siding / Painting Enhancements</w:t>
            </w:r>
          </w:p>
        </w:tc>
        <w:tc>
          <w:tcPr>
            <w:tcW w:w="1152" w:type="dxa"/>
            <w:tcMar>
              <w:top w:w="130" w:type="dxa"/>
              <w:left w:w="80" w:type="dxa"/>
              <w:bottom w:w="130" w:type="dxa"/>
              <w:right w:w="80" w:type="dxa"/>
            </w:tcMar>
            <w:vAlign w:val="center"/>
          </w:tcPr>
          <w:p w14:paraId="6ADA1E9F" w14:textId="77777777" w:rsidR="00DF57C2" w:rsidRDefault="00201731">
            <w:pPr>
              <w:jc w:val="center"/>
            </w:pPr>
            <w:r>
              <w:rPr>
                <w:sz w:val="17"/>
              </w:rPr>
              <w:t>☐ Bid</w:t>
            </w:r>
            <w:r>
              <w:rPr>
                <w:sz w:val="17"/>
              </w:rPr>
              <w:br/>
              <w:t>☐ No Bid</w:t>
            </w:r>
          </w:p>
        </w:tc>
        <w:tc>
          <w:tcPr>
            <w:tcW w:w="2304" w:type="dxa"/>
            <w:tcMar>
              <w:top w:w="130" w:type="dxa"/>
              <w:left w:w="80" w:type="dxa"/>
              <w:bottom w:w="130" w:type="dxa"/>
              <w:right w:w="80" w:type="dxa"/>
            </w:tcMar>
            <w:vAlign w:val="center"/>
          </w:tcPr>
          <w:p w14:paraId="4CD5BB2A" w14:textId="77777777" w:rsidR="00DF57C2" w:rsidRDefault="00201731">
            <w:pPr>
              <w:jc w:val="center"/>
            </w:pPr>
            <w:r>
              <w:rPr>
                <w:sz w:val="17"/>
              </w:rPr>
              <w:t>$________________</w:t>
            </w:r>
          </w:p>
        </w:tc>
        <w:tc>
          <w:tcPr>
            <w:tcW w:w="3456" w:type="dxa"/>
            <w:tcMar>
              <w:top w:w="130" w:type="dxa"/>
              <w:left w:w="80" w:type="dxa"/>
              <w:bottom w:w="130" w:type="dxa"/>
              <w:right w:w="80" w:type="dxa"/>
            </w:tcMar>
            <w:vAlign w:val="center"/>
          </w:tcPr>
          <w:p w14:paraId="3E7A0869" w14:textId="77777777" w:rsidR="00DF57C2" w:rsidRDefault="00DF57C2"/>
        </w:tc>
      </w:tr>
    </w:tbl>
    <w:p w14:paraId="4D43428F" w14:textId="77777777" w:rsidR="00DF57C2" w:rsidRDefault="00201731">
      <w:pPr>
        <w:pStyle w:val="Heading1"/>
      </w:pPr>
      <w:r>
        <w:t>C. Combined-Award Adjustment</w:t>
      </w:r>
    </w:p>
    <w:p w14:paraId="285D4875" w14:textId="77777777" w:rsidR="00DF57C2" w:rsidRDefault="00201731">
      <w:r>
        <w:t xml:space="preserve">If awarding multiple packages to your firm creates a discount or efficiency, state the exact adjustment and conditions. If </w:t>
      </w:r>
      <w:proofErr w:type="gramStart"/>
      <w:r>
        <w:t>none</w:t>
      </w:r>
      <w:proofErr w:type="gramEnd"/>
      <w:r>
        <w:t>, write "None."</w:t>
      </w:r>
    </w:p>
    <w:tbl>
      <w:tblPr>
        <w:tblW w:w="0" w:type="auto"/>
        <w:tblBorders>
          <w:top w:val="single" w:sz="4" w:space="0" w:color="D9DED9"/>
          <w:left w:val="single" w:sz="4" w:space="0" w:color="D9DED9"/>
          <w:bottom w:val="single" w:sz="4" w:space="0" w:color="D9DED9"/>
          <w:right w:val="single" w:sz="4" w:space="0" w:color="D9DED9"/>
          <w:insideH w:val="single" w:sz="4" w:space="0" w:color="D9DED9"/>
          <w:insideV w:val="single" w:sz="4" w:space="0" w:color="D9DED9"/>
        </w:tblBorders>
        <w:tblLayout w:type="fixed"/>
        <w:tblLook w:val="04A0" w:firstRow="1" w:lastRow="0" w:firstColumn="1" w:lastColumn="0" w:noHBand="0" w:noVBand="1"/>
      </w:tblPr>
      <w:tblGrid>
        <w:gridCol w:w="3168"/>
        <w:gridCol w:w="8063"/>
      </w:tblGrid>
      <w:tr w:rsidR="00DF57C2" w14:paraId="526B3697" w14:textId="77777777">
        <w:tc>
          <w:tcPr>
            <w:tcW w:w="3168" w:type="dxa"/>
            <w:shd w:val="clear" w:color="auto" w:fill="F3F4F3"/>
            <w:tcMar>
              <w:top w:w="120" w:type="dxa"/>
              <w:left w:w="120" w:type="dxa"/>
              <w:bottom w:w="220" w:type="dxa"/>
              <w:right w:w="120" w:type="dxa"/>
            </w:tcMar>
          </w:tcPr>
          <w:p w14:paraId="1DB1888C" w14:textId="77777777" w:rsidR="00DF57C2" w:rsidRDefault="00201731">
            <w:r>
              <w:rPr>
                <w:b/>
              </w:rPr>
              <w:t>Packages / combination</w:t>
            </w:r>
          </w:p>
        </w:tc>
        <w:tc>
          <w:tcPr>
            <w:tcW w:w="8063" w:type="dxa"/>
            <w:tcMar>
              <w:top w:w="120" w:type="dxa"/>
              <w:left w:w="120" w:type="dxa"/>
              <w:bottom w:w="220" w:type="dxa"/>
              <w:right w:w="120" w:type="dxa"/>
            </w:tcMar>
          </w:tcPr>
          <w:p w14:paraId="3ED026BF" w14:textId="77777777" w:rsidR="00DF57C2" w:rsidRDefault="00DF57C2"/>
        </w:tc>
      </w:tr>
      <w:tr w:rsidR="00DF57C2" w14:paraId="528B62CB" w14:textId="77777777">
        <w:tc>
          <w:tcPr>
            <w:tcW w:w="3168" w:type="dxa"/>
            <w:shd w:val="clear" w:color="auto" w:fill="F3F4F3"/>
            <w:tcMar>
              <w:top w:w="120" w:type="dxa"/>
              <w:left w:w="120" w:type="dxa"/>
              <w:bottom w:w="220" w:type="dxa"/>
              <w:right w:w="120" w:type="dxa"/>
            </w:tcMar>
          </w:tcPr>
          <w:p w14:paraId="761A2A73" w14:textId="77777777" w:rsidR="00DF57C2" w:rsidRDefault="00201731">
            <w:r>
              <w:rPr>
                <w:b/>
              </w:rPr>
              <w:t>Adjustment / discount</w:t>
            </w:r>
          </w:p>
        </w:tc>
        <w:tc>
          <w:tcPr>
            <w:tcW w:w="8063" w:type="dxa"/>
            <w:tcMar>
              <w:top w:w="120" w:type="dxa"/>
              <w:left w:w="120" w:type="dxa"/>
              <w:bottom w:w="220" w:type="dxa"/>
              <w:right w:w="120" w:type="dxa"/>
            </w:tcMar>
          </w:tcPr>
          <w:p w14:paraId="64DB77AF" w14:textId="77777777" w:rsidR="00DF57C2" w:rsidRDefault="00DF57C2"/>
        </w:tc>
      </w:tr>
      <w:tr w:rsidR="00DF57C2" w14:paraId="629BCAD2" w14:textId="77777777">
        <w:tc>
          <w:tcPr>
            <w:tcW w:w="3168" w:type="dxa"/>
            <w:shd w:val="clear" w:color="auto" w:fill="F3F4F3"/>
            <w:tcMar>
              <w:top w:w="120" w:type="dxa"/>
              <w:left w:w="120" w:type="dxa"/>
              <w:bottom w:w="220" w:type="dxa"/>
              <w:right w:w="120" w:type="dxa"/>
            </w:tcMar>
          </w:tcPr>
          <w:p w14:paraId="4859E701" w14:textId="77777777" w:rsidR="00DF57C2" w:rsidRDefault="00201731">
            <w:r>
              <w:rPr>
                <w:b/>
              </w:rPr>
              <w:t>Conditions / explanation</w:t>
            </w:r>
          </w:p>
        </w:tc>
        <w:tc>
          <w:tcPr>
            <w:tcW w:w="8063" w:type="dxa"/>
            <w:tcMar>
              <w:top w:w="120" w:type="dxa"/>
              <w:left w:w="120" w:type="dxa"/>
              <w:bottom w:w="220" w:type="dxa"/>
              <w:right w:w="120" w:type="dxa"/>
            </w:tcMar>
          </w:tcPr>
          <w:p w14:paraId="3BFFE25D" w14:textId="77777777" w:rsidR="00DF57C2" w:rsidRDefault="00DF57C2"/>
        </w:tc>
      </w:tr>
    </w:tbl>
    <w:p w14:paraId="389C7BB1" w14:textId="65562CEA" w:rsidR="00DF57C2" w:rsidRDefault="00201731" w:rsidP="00F9257D">
      <w:pPr>
        <w:pStyle w:val="Heading1"/>
      </w:pPr>
      <w:r>
        <w:t>D. Schedule of Values and Change-Order Pricing</w:t>
      </w:r>
    </w:p>
    <w:p w14:paraId="6641FA9C" w14:textId="77777777" w:rsidR="00DF57C2" w:rsidRDefault="00201731">
      <w:r>
        <w:t>Attach a schedule of values for each package bid, showing the major labor, material, equipment, and subcontract components. Also provide the proposed basis for pricing concealed-condition changes or other authorized extra work.</w:t>
      </w:r>
    </w:p>
    <w:tbl>
      <w:tblPr>
        <w:tblW w:w="0" w:type="auto"/>
        <w:jc w:val="center"/>
        <w:tblBorders>
          <w:top w:val="single" w:sz="4" w:space="0" w:color="D9DED9"/>
          <w:left w:val="single" w:sz="4" w:space="0" w:color="D9DED9"/>
          <w:bottom w:val="single" w:sz="4" w:space="0" w:color="D9DED9"/>
          <w:right w:val="single" w:sz="4" w:space="0" w:color="D9DED9"/>
          <w:insideH w:val="single" w:sz="4" w:space="0" w:color="D9DED9"/>
          <w:insideV w:val="single" w:sz="4" w:space="0" w:color="D9DED9"/>
        </w:tblBorders>
        <w:tblLayout w:type="fixed"/>
        <w:tblLook w:val="04A0" w:firstRow="1" w:lastRow="0" w:firstColumn="1" w:lastColumn="0" w:noHBand="0" w:noVBand="1"/>
      </w:tblPr>
      <w:tblGrid>
        <w:gridCol w:w="3024"/>
        <w:gridCol w:w="2015"/>
        <w:gridCol w:w="2304"/>
        <w:gridCol w:w="3888"/>
      </w:tblGrid>
      <w:tr w:rsidR="00DF57C2" w14:paraId="7CA6CCF7" w14:textId="77777777">
        <w:trPr>
          <w:tblHeader/>
          <w:jc w:val="center"/>
        </w:trPr>
        <w:tc>
          <w:tcPr>
            <w:tcW w:w="3024" w:type="dxa"/>
            <w:shd w:val="clear" w:color="auto" w:fill="244A35"/>
            <w:tcMar>
              <w:top w:w="100" w:type="dxa"/>
              <w:left w:w="120" w:type="dxa"/>
              <w:bottom w:w="100" w:type="dxa"/>
              <w:right w:w="120" w:type="dxa"/>
            </w:tcMar>
          </w:tcPr>
          <w:p w14:paraId="0C380D30" w14:textId="77777777" w:rsidR="00DF57C2" w:rsidRDefault="00201731">
            <w:pPr>
              <w:jc w:val="center"/>
            </w:pPr>
            <w:r>
              <w:rPr>
                <w:b/>
                <w:color w:val="FFFFFF"/>
              </w:rPr>
              <w:t>Rate / basis</w:t>
            </w:r>
          </w:p>
        </w:tc>
        <w:tc>
          <w:tcPr>
            <w:tcW w:w="2015" w:type="dxa"/>
            <w:shd w:val="clear" w:color="auto" w:fill="244A35"/>
            <w:tcMar>
              <w:top w:w="100" w:type="dxa"/>
              <w:left w:w="120" w:type="dxa"/>
              <w:bottom w:w="100" w:type="dxa"/>
              <w:right w:w="120" w:type="dxa"/>
            </w:tcMar>
          </w:tcPr>
          <w:p w14:paraId="5D5EAE19" w14:textId="77777777" w:rsidR="00DF57C2" w:rsidRDefault="00201731">
            <w:pPr>
              <w:jc w:val="center"/>
            </w:pPr>
            <w:r>
              <w:rPr>
                <w:b/>
                <w:color w:val="FFFFFF"/>
              </w:rPr>
              <w:t>Unit</w:t>
            </w:r>
          </w:p>
        </w:tc>
        <w:tc>
          <w:tcPr>
            <w:tcW w:w="2304" w:type="dxa"/>
            <w:shd w:val="clear" w:color="auto" w:fill="244A35"/>
            <w:tcMar>
              <w:top w:w="100" w:type="dxa"/>
              <w:left w:w="120" w:type="dxa"/>
              <w:bottom w:w="100" w:type="dxa"/>
              <w:right w:w="120" w:type="dxa"/>
            </w:tcMar>
          </w:tcPr>
          <w:p w14:paraId="1449CFC0" w14:textId="77777777" w:rsidR="00DF57C2" w:rsidRDefault="00201731">
            <w:pPr>
              <w:jc w:val="center"/>
            </w:pPr>
            <w:r>
              <w:rPr>
                <w:b/>
                <w:color w:val="FFFFFF"/>
              </w:rPr>
              <w:t>Amount / markup</w:t>
            </w:r>
          </w:p>
        </w:tc>
        <w:tc>
          <w:tcPr>
            <w:tcW w:w="3888" w:type="dxa"/>
            <w:shd w:val="clear" w:color="auto" w:fill="244A35"/>
            <w:tcMar>
              <w:top w:w="100" w:type="dxa"/>
              <w:left w:w="120" w:type="dxa"/>
              <w:bottom w:w="100" w:type="dxa"/>
              <w:right w:w="120" w:type="dxa"/>
            </w:tcMar>
          </w:tcPr>
          <w:p w14:paraId="6EB3A3FB" w14:textId="77777777" w:rsidR="00DF57C2" w:rsidRDefault="00201731">
            <w:pPr>
              <w:jc w:val="center"/>
            </w:pPr>
            <w:r>
              <w:rPr>
                <w:b/>
                <w:color w:val="FFFFFF"/>
              </w:rPr>
              <w:t>Notes</w:t>
            </w:r>
          </w:p>
        </w:tc>
      </w:tr>
      <w:tr w:rsidR="00DF57C2" w14:paraId="49D1B91F" w14:textId="77777777">
        <w:trPr>
          <w:cantSplit/>
          <w:jc w:val="center"/>
        </w:trPr>
        <w:tc>
          <w:tcPr>
            <w:tcW w:w="3024" w:type="dxa"/>
            <w:tcMar>
              <w:top w:w="140" w:type="dxa"/>
              <w:left w:w="100" w:type="dxa"/>
              <w:bottom w:w="140" w:type="dxa"/>
              <w:right w:w="100" w:type="dxa"/>
            </w:tcMar>
          </w:tcPr>
          <w:p w14:paraId="26121871" w14:textId="77777777" w:rsidR="00DF57C2" w:rsidRDefault="00DF57C2"/>
        </w:tc>
        <w:tc>
          <w:tcPr>
            <w:tcW w:w="2015" w:type="dxa"/>
            <w:tcMar>
              <w:top w:w="140" w:type="dxa"/>
              <w:left w:w="100" w:type="dxa"/>
              <w:bottom w:w="140" w:type="dxa"/>
              <w:right w:w="100" w:type="dxa"/>
            </w:tcMar>
          </w:tcPr>
          <w:p w14:paraId="1F407282" w14:textId="77777777" w:rsidR="00DF57C2" w:rsidRDefault="00DF57C2"/>
        </w:tc>
        <w:tc>
          <w:tcPr>
            <w:tcW w:w="2304" w:type="dxa"/>
            <w:tcMar>
              <w:top w:w="140" w:type="dxa"/>
              <w:left w:w="100" w:type="dxa"/>
              <w:bottom w:w="140" w:type="dxa"/>
              <w:right w:w="100" w:type="dxa"/>
            </w:tcMar>
          </w:tcPr>
          <w:p w14:paraId="06759556" w14:textId="77777777" w:rsidR="00DF57C2" w:rsidRDefault="00DF57C2"/>
        </w:tc>
        <w:tc>
          <w:tcPr>
            <w:tcW w:w="3888" w:type="dxa"/>
            <w:tcMar>
              <w:top w:w="140" w:type="dxa"/>
              <w:left w:w="100" w:type="dxa"/>
              <w:bottom w:w="140" w:type="dxa"/>
              <w:right w:w="100" w:type="dxa"/>
            </w:tcMar>
          </w:tcPr>
          <w:p w14:paraId="67EEA8E1" w14:textId="77777777" w:rsidR="00DF57C2" w:rsidRDefault="00DF57C2"/>
        </w:tc>
      </w:tr>
      <w:tr w:rsidR="00DF57C2" w14:paraId="27F3DAA2" w14:textId="77777777">
        <w:trPr>
          <w:cantSplit/>
          <w:jc w:val="center"/>
        </w:trPr>
        <w:tc>
          <w:tcPr>
            <w:tcW w:w="3024" w:type="dxa"/>
            <w:tcMar>
              <w:top w:w="140" w:type="dxa"/>
              <w:left w:w="100" w:type="dxa"/>
              <w:bottom w:w="140" w:type="dxa"/>
              <w:right w:w="100" w:type="dxa"/>
            </w:tcMar>
          </w:tcPr>
          <w:p w14:paraId="0DB7BDFF" w14:textId="77777777" w:rsidR="00DF57C2" w:rsidRDefault="00DF57C2"/>
        </w:tc>
        <w:tc>
          <w:tcPr>
            <w:tcW w:w="2015" w:type="dxa"/>
            <w:tcMar>
              <w:top w:w="140" w:type="dxa"/>
              <w:left w:w="100" w:type="dxa"/>
              <w:bottom w:w="140" w:type="dxa"/>
              <w:right w:w="100" w:type="dxa"/>
            </w:tcMar>
          </w:tcPr>
          <w:p w14:paraId="5D008A0B" w14:textId="77777777" w:rsidR="00DF57C2" w:rsidRDefault="00DF57C2"/>
        </w:tc>
        <w:tc>
          <w:tcPr>
            <w:tcW w:w="2304" w:type="dxa"/>
            <w:tcMar>
              <w:top w:w="140" w:type="dxa"/>
              <w:left w:w="100" w:type="dxa"/>
              <w:bottom w:w="140" w:type="dxa"/>
              <w:right w:w="100" w:type="dxa"/>
            </w:tcMar>
          </w:tcPr>
          <w:p w14:paraId="78BCC0DA" w14:textId="77777777" w:rsidR="00DF57C2" w:rsidRDefault="00DF57C2"/>
        </w:tc>
        <w:tc>
          <w:tcPr>
            <w:tcW w:w="3888" w:type="dxa"/>
            <w:tcMar>
              <w:top w:w="140" w:type="dxa"/>
              <w:left w:w="100" w:type="dxa"/>
              <w:bottom w:w="140" w:type="dxa"/>
              <w:right w:w="100" w:type="dxa"/>
            </w:tcMar>
          </w:tcPr>
          <w:p w14:paraId="7C3F6ADF" w14:textId="77777777" w:rsidR="00DF57C2" w:rsidRDefault="00DF57C2"/>
        </w:tc>
      </w:tr>
      <w:tr w:rsidR="00DF57C2" w14:paraId="1254FB7F" w14:textId="77777777">
        <w:trPr>
          <w:cantSplit/>
          <w:jc w:val="center"/>
        </w:trPr>
        <w:tc>
          <w:tcPr>
            <w:tcW w:w="3024" w:type="dxa"/>
            <w:tcMar>
              <w:top w:w="140" w:type="dxa"/>
              <w:left w:w="100" w:type="dxa"/>
              <w:bottom w:w="140" w:type="dxa"/>
              <w:right w:w="100" w:type="dxa"/>
            </w:tcMar>
          </w:tcPr>
          <w:p w14:paraId="511748CD" w14:textId="77777777" w:rsidR="00DF57C2" w:rsidRDefault="00DF57C2"/>
        </w:tc>
        <w:tc>
          <w:tcPr>
            <w:tcW w:w="2015" w:type="dxa"/>
            <w:tcMar>
              <w:top w:w="140" w:type="dxa"/>
              <w:left w:w="100" w:type="dxa"/>
              <w:bottom w:w="140" w:type="dxa"/>
              <w:right w:w="100" w:type="dxa"/>
            </w:tcMar>
          </w:tcPr>
          <w:p w14:paraId="0550B30C" w14:textId="77777777" w:rsidR="00DF57C2" w:rsidRDefault="00DF57C2"/>
        </w:tc>
        <w:tc>
          <w:tcPr>
            <w:tcW w:w="2304" w:type="dxa"/>
            <w:tcMar>
              <w:top w:w="140" w:type="dxa"/>
              <w:left w:w="100" w:type="dxa"/>
              <w:bottom w:w="140" w:type="dxa"/>
              <w:right w:w="100" w:type="dxa"/>
            </w:tcMar>
          </w:tcPr>
          <w:p w14:paraId="03F18D48" w14:textId="77777777" w:rsidR="00DF57C2" w:rsidRDefault="00DF57C2"/>
        </w:tc>
        <w:tc>
          <w:tcPr>
            <w:tcW w:w="3888" w:type="dxa"/>
            <w:tcMar>
              <w:top w:w="140" w:type="dxa"/>
              <w:left w:w="100" w:type="dxa"/>
              <w:bottom w:w="140" w:type="dxa"/>
              <w:right w:w="100" w:type="dxa"/>
            </w:tcMar>
          </w:tcPr>
          <w:p w14:paraId="64C5C64A" w14:textId="77777777" w:rsidR="00DF57C2" w:rsidRDefault="00DF57C2"/>
        </w:tc>
      </w:tr>
      <w:tr w:rsidR="00DF57C2" w14:paraId="1DA05E5A" w14:textId="77777777">
        <w:trPr>
          <w:cantSplit/>
          <w:jc w:val="center"/>
        </w:trPr>
        <w:tc>
          <w:tcPr>
            <w:tcW w:w="3024" w:type="dxa"/>
            <w:tcMar>
              <w:top w:w="140" w:type="dxa"/>
              <w:left w:w="100" w:type="dxa"/>
              <w:bottom w:w="140" w:type="dxa"/>
              <w:right w:w="100" w:type="dxa"/>
            </w:tcMar>
          </w:tcPr>
          <w:p w14:paraId="6140FF37" w14:textId="77777777" w:rsidR="00DF57C2" w:rsidRDefault="00DF57C2"/>
        </w:tc>
        <w:tc>
          <w:tcPr>
            <w:tcW w:w="2015" w:type="dxa"/>
            <w:tcMar>
              <w:top w:w="140" w:type="dxa"/>
              <w:left w:w="100" w:type="dxa"/>
              <w:bottom w:w="140" w:type="dxa"/>
              <w:right w:w="100" w:type="dxa"/>
            </w:tcMar>
          </w:tcPr>
          <w:p w14:paraId="158BD725" w14:textId="77777777" w:rsidR="00DF57C2" w:rsidRDefault="00DF57C2"/>
        </w:tc>
        <w:tc>
          <w:tcPr>
            <w:tcW w:w="2304" w:type="dxa"/>
            <w:tcMar>
              <w:top w:w="140" w:type="dxa"/>
              <w:left w:w="100" w:type="dxa"/>
              <w:bottom w:w="140" w:type="dxa"/>
              <w:right w:w="100" w:type="dxa"/>
            </w:tcMar>
          </w:tcPr>
          <w:p w14:paraId="30C96B14" w14:textId="77777777" w:rsidR="00DF57C2" w:rsidRDefault="00DF57C2"/>
        </w:tc>
        <w:tc>
          <w:tcPr>
            <w:tcW w:w="3888" w:type="dxa"/>
            <w:tcMar>
              <w:top w:w="140" w:type="dxa"/>
              <w:left w:w="100" w:type="dxa"/>
              <w:bottom w:w="140" w:type="dxa"/>
              <w:right w:w="100" w:type="dxa"/>
            </w:tcMar>
          </w:tcPr>
          <w:p w14:paraId="3A1DA06E" w14:textId="77777777" w:rsidR="00DF57C2" w:rsidRDefault="00DF57C2"/>
        </w:tc>
      </w:tr>
    </w:tbl>
    <w:p w14:paraId="07A228C4" w14:textId="77777777" w:rsidR="00F9257D" w:rsidRDefault="00F9257D">
      <w:pPr>
        <w:pStyle w:val="Heading1"/>
      </w:pPr>
    </w:p>
    <w:p w14:paraId="43CA0FD8" w14:textId="77777777" w:rsidR="00F9257D" w:rsidRDefault="00F9257D">
      <w:pPr>
        <w:spacing w:after="200" w:line="276" w:lineRule="auto"/>
        <w:rPr>
          <w:rFonts w:asciiTheme="majorHAnsi" w:eastAsiaTheme="majorEastAsia" w:hAnsiTheme="majorHAnsi" w:cstheme="majorBidi"/>
          <w:b/>
          <w:bCs/>
          <w:color w:val="244A35"/>
          <w:sz w:val="32"/>
          <w:szCs w:val="28"/>
        </w:rPr>
      </w:pPr>
      <w:r>
        <w:br w:type="page"/>
      </w:r>
    </w:p>
    <w:p w14:paraId="2C5053A0" w14:textId="73028C37" w:rsidR="00DF57C2" w:rsidRDefault="00201731">
      <w:pPr>
        <w:pStyle w:val="Heading1"/>
      </w:pPr>
      <w:r>
        <w:lastRenderedPageBreak/>
        <w:t>E. Schedule and Capacity</w:t>
      </w:r>
    </w:p>
    <w:tbl>
      <w:tblPr>
        <w:tblW w:w="10705" w:type="dxa"/>
        <w:tblBorders>
          <w:top w:val="single" w:sz="4" w:space="0" w:color="D9DED9"/>
          <w:left w:val="single" w:sz="4" w:space="0" w:color="D9DED9"/>
          <w:bottom w:val="single" w:sz="4" w:space="0" w:color="D9DED9"/>
          <w:right w:val="single" w:sz="4" w:space="0" w:color="D9DED9"/>
          <w:insideH w:val="single" w:sz="4" w:space="0" w:color="D9DED9"/>
          <w:insideV w:val="single" w:sz="4" w:space="0" w:color="D9DED9"/>
        </w:tblBorders>
        <w:tblLayout w:type="fixed"/>
        <w:tblLook w:val="04A0" w:firstRow="1" w:lastRow="0" w:firstColumn="1" w:lastColumn="0" w:noHBand="0" w:noVBand="1"/>
      </w:tblPr>
      <w:tblGrid>
        <w:gridCol w:w="3706"/>
        <w:gridCol w:w="6999"/>
      </w:tblGrid>
      <w:tr w:rsidR="00DF57C2" w14:paraId="1D32A391" w14:textId="77777777" w:rsidTr="00F9257D">
        <w:trPr>
          <w:trHeight w:val="355"/>
        </w:trPr>
        <w:tc>
          <w:tcPr>
            <w:tcW w:w="3706" w:type="dxa"/>
            <w:shd w:val="clear" w:color="auto" w:fill="F3F4F3"/>
            <w:tcMar>
              <w:top w:w="110" w:type="dxa"/>
              <w:left w:w="120" w:type="dxa"/>
              <w:bottom w:w="140" w:type="dxa"/>
              <w:right w:w="120" w:type="dxa"/>
            </w:tcMar>
          </w:tcPr>
          <w:p w14:paraId="20A4EC0E" w14:textId="77777777" w:rsidR="00DF57C2" w:rsidRDefault="00201731">
            <w:r>
              <w:rPr>
                <w:b/>
              </w:rPr>
              <w:t>Earliest mobilization date</w:t>
            </w:r>
          </w:p>
        </w:tc>
        <w:tc>
          <w:tcPr>
            <w:tcW w:w="6999" w:type="dxa"/>
            <w:tcMar>
              <w:top w:w="110" w:type="dxa"/>
              <w:left w:w="120" w:type="dxa"/>
              <w:bottom w:w="140" w:type="dxa"/>
              <w:right w:w="120" w:type="dxa"/>
            </w:tcMar>
          </w:tcPr>
          <w:p w14:paraId="7200A123" w14:textId="77777777" w:rsidR="00DF57C2" w:rsidRDefault="00DF57C2"/>
        </w:tc>
      </w:tr>
      <w:tr w:rsidR="00DF57C2" w14:paraId="1E568113" w14:textId="77777777" w:rsidTr="00F9257D">
        <w:trPr>
          <w:trHeight w:val="355"/>
        </w:trPr>
        <w:tc>
          <w:tcPr>
            <w:tcW w:w="3706" w:type="dxa"/>
            <w:shd w:val="clear" w:color="auto" w:fill="F3F4F3"/>
            <w:tcMar>
              <w:top w:w="110" w:type="dxa"/>
              <w:left w:w="120" w:type="dxa"/>
              <w:bottom w:w="140" w:type="dxa"/>
              <w:right w:w="120" w:type="dxa"/>
            </w:tcMar>
          </w:tcPr>
          <w:p w14:paraId="3AB9C239" w14:textId="77777777" w:rsidR="00DF57C2" w:rsidRDefault="00201731">
            <w:r>
              <w:rPr>
                <w:b/>
              </w:rPr>
              <w:t>Package A duration</w:t>
            </w:r>
          </w:p>
        </w:tc>
        <w:tc>
          <w:tcPr>
            <w:tcW w:w="6999" w:type="dxa"/>
            <w:tcMar>
              <w:top w:w="110" w:type="dxa"/>
              <w:left w:w="120" w:type="dxa"/>
              <w:bottom w:w="140" w:type="dxa"/>
              <w:right w:w="120" w:type="dxa"/>
            </w:tcMar>
          </w:tcPr>
          <w:p w14:paraId="035CE8AA" w14:textId="77777777" w:rsidR="00DF57C2" w:rsidRDefault="00DF57C2"/>
        </w:tc>
      </w:tr>
      <w:tr w:rsidR="00DF57C2" w14:paraId="7301E5E2" w14:textId="77777777" w:rsidTr="00F9257D">
        <w:trPr>
          <w:trHeight w:val="355"/>
        </w:trPr>
        <w:tc>
          <w:tcPr>
            <w:tcW w:w="3706" w:type="dxa"/>
            <w:shd w:val="clear" w:color="auto" w:fill="F3F4F3"/>
            <w:tcMar>
              <w:top w:w="110" w:type="dxa"/>
              <w:left w:w="120" w:type="dxa"/>
              <w:bottom w:w="140" w:type="dxa"/>
              <w:right w:w="120" w:type="dxa"/>
            </w:tcMar>
          </w:tcPr>
          <w:p w14:paraId="77A27C08" w14:textId="77777777" w:rsidR="00DF57C2" w:rsidRDefault="00201731">
            <w:r>
              <w:rPr>
                <w:b/>
              </w:rPr>
              <w:t>Package B duration</w:t>
            </w:r>
          </w:p>
        </w:tc>
        <w:tc>
          <w:tcPr>
            <w:tcW w:w="6999" w:type="dxa"/>
            <w:tcMar>
              <w:top w:w="110" w:type="dxa"/>
              <w:left w:w="120" w:type="dxa"/>
              <w:bottom w:w="140" w:type="dxa"/>
              <w:right w:w="120" w:type="dxa"/>
            </w:tcMar>
          </w:tcPr>
          <w:p w14:paraId="2F7D3FB6" w14:textId="77777777" w:rsidR="00DF57C2" w:rsidRDefault="00DF57C2"/>
        </w:tc>
      </w:tr>
      <w:tr w:rsidR="00DF57C2" w14:paraId="13D1E375" w14:textId="77777777" w:rsidTr="00F9257D">
        <w:trPr>
          <w:trHeight w:val="355"/>
        </w:trPr>
        <w:tc>
          <w:tcPr>
            <w:tcW w:w="3706" w:type="dxa"/>
            <w:shd w:val="clear" w:color="auto" w:fill="F3F4F3"/>
            <w:tcMar>
              <w:top w:w="110" w:type="dxa"/>
              <w:left w:w="120" w:type="dxa"/>
              <w:bottom w:w="140" w:type="dxa"/>
              <w:right w:w="120" w:type="dxa"/>
            </w:tcMar>
          </w:tcPr>
          <w:p w14:paraId="2ADCF4DB" w14:textId="77777777" w:rsidR="00DF57C2" w:rsidRDefault="00201731">
            <w:r>
              <w:rPr>
                <w:b/>
              </w:rPr>
              <w:t>Package C duration</w:t>
            </w:r>
          </w:p>
        </w:tc>
        <w:tc>
          <w:tcPr>
            <w:tcW w:w="6999" w:type="dxa"/>
            <w:tcMar>
              <w:top w:w="110" w:type="dxa"/>
              <w:left w:w="120" w:type="dxa"/>
              <w:bottom w:w="140" w:type="dxa"/>
              <w:right w:w="120" w:type="dxa"/>
            </w:tcMar>
          </w:tcPr>
          <w:p w14:paraId="79AA42CE" w14:textId="77777777" w:rsidR="00DF57C2" w:rsidRDefault="00DF57C2"/>
        </w:tc>
      </w:tr>
      <w:tr w:rsidR="00DF57C2" w14:paraId="2D10A8EA" w14:textId="77777777" w:rsidTr="00F9257D">
        <w:trPr>
          <w:trHeight w:val="355"/>
        </w:trPr>
        <w:tc>
          <w:tcPr>
            <w:tcW w:w="3706" w:type="dxa"/>
            <w:shd w:val="clear" w:color="auto" w:fill="F3F4F3"/>
            <w:tcMar>
              <w:top w:w="110" w:type="dxa"/>
              <w:left w:w="120" w:type="dxa"/>
              <w:bottom w:w="140" w:type="dxa"/>
              <w:right w:w="120" w:type="dxa"/>
            </w:tcMar>
          </w:tcPr>
          <w:p w14:paraId="760FB47A" w14:textId="77777777" w:rsidR="00DF57C2" w:rsidRDefault="00201731">
            <w:r>
              <w:rPr>
                <w:b/>
              </w:rPr>
              <w:t>Package D duration</w:t>
            </w:r>
          </w:p>
        </w:tc>
        <w:tc>
          <w:tcPr>
            <w:tcW w:w="6999" w:type="dxa"/>
            <w:tcMar>
              <w:top w:w="110" w:type="dxa"/>
              <w:left w:w="120" w:type="dxa"/>
              <w:bottom w:w="140" w:type="dxa"/>
              <w:right w:w="120" w:type="dxa"/>
            </w:tcMar>
          </w:tcPr>
          <w:p w14:paraId="538B9645" w14:textId="77777777" w:rsidR="00DF57C2" w:rsidRDefault="00DF57C2"/>
        </w:tc>
      </w:tr>
      <w:tr w:rsidR="00DF57C2" w14:paraId="4184D5FC" w14:textId="77777777" w:rsidTr="00F9257D">
        <w:trPr>
          <w:trHeight w:val="370"/>
        </w:trPr>
        <w:tc>
          <w:tcPr>
            <w:tcW w:w="3706" w:type="dxa"/>
            <w:shd w:val="clear" w:color="auto" w:fill="F3F4F3"/>
            <w:tcMar>
              <w:top w:w="110" w:type="dxa"/>
              <w:left w:w="120" w:type="dxa"/>
              <w:bottom w:w="140" w:type="dxa"/>
              <w:right w:w="120" w:type="dxa"/>
            </w:tcMar>
          </w:tcPr>
          <w:p w14:paraId="732CD64C" w14:textId="77777777" w:rsidR="00DF57C2" w:rsidRDefault="00201731">
            <w:r>
              <w:rPr>
                <w:b/>
              </w:rPr>
              <w:t>Package E/F/G durations</w:t>
            </w:r>
          </w:p>
        </w:tc>
        <w:tc>
          <w:tcPr>
            <w:tcW w:w="6999" w:type="dxa"/>
            <w:tcMar>
              <w:top w:w="110" w:type="dxa"/>
              <w:left w:w="120" w:type="dxa"/>
              <w:bottom w:w="140" w:type="dxa"/>
              <w:right w:w="120" w:type="dxa"/>
            </w:tcMar>
          </w:tcPr>
          <w:p w14:paraId="1A2611C8" w14:textId="77777777" w:rsidR="00DF57C2" w:rsidRDefault="00DF57C2"/>
        </w:tc>
      </w:tr>
      <w:tr w:rsidR="00DF57C2" w14:paraId="6BE8E0BF" w14:textId="77777777" w:rsidTr="00F9257D">
        <w:trPr>
          <w:trHeight w:val="607"/>
        </w:trPr>
        <w:tc>
          <w:tcPr>
            <w:tcW w:w="3706" w:type="dxa"/>
            <w:shd w:val="clear" w:color="auto" w:fill="F3F4F3"/>
            <w:tcMar>
              <w:top w:w="110" w:type="dxa"/>
              <w:left w:w="120" w:type="dxa"/>
              <w:bottom w:w="140" w:type="dxa"/>
              <w:right w:w="120" w:type="dxa"/>
            </w:tcMar>
          </w:tcPr>
          <w:p w14:paraId="20120475" w14:textId="77777777" w:rsidR="00DF57C2" w:rsidRDefault="00201731">
            <w:r>
              <w:rPr>
                <w:b/>
              </w:rPr>
              <w:t>Proposed overall substantial completion</w:t>
            </w:r>
          </w:p>
        </w:tc>
        <w:tc>
          <w:tcPr>
            <w:tcW w:w="6999" w:type="dxa"/>
            <w:tcMar>
              <w:top w:w="110" w:type="dxa"/>
              <w:left w:w="120" w:type="dxa"/>
              <w:bottom w:w="140" w:type="dxa"/>
              <w:right w:w="120" w:type="dxa"/>
            </w:tcMar>
          </w:tcPr>
          <w:p w14:paraId="6E41C329" w14:textId="77777777" w:rsidR="00DF57C2" w:rsidRDefault="00DF57C2"/>
        </w:tc>
      </w:tr>
      <w:tr w:rsidR="00DF57C2" w14:paraId="140A09BC" w14:textId="77777777" w:rsidTr="00F9257D">
        <w:trPr>
          <w:trHeight w:val="341"/>
        </w:trPr>
        <w:tc>
          <w:tcPr>
            <w:tcW w:w="3706" w:type="dxa"/>
            <w:shd w:val="clear" w:color="auto" w:fill="F3F4F3"/>
            <w:tcMar>
              <w:top w:w="110" w:type="dxa"/>
              <w:left w:w="120" w:type="dxa"/>
              <w:bottom w:w="140" w:type="dxa"/>
              <w:right w:w="120" w:type="dxa"/>
            </w:tcMar>
          </w:tcPr>
          <w:p w14:paraId="6002EC1B" w14:textId="77777777" w:rsidR="00DF57C2" w:rsidRDefault="00201731">
            <w:proofErr w:type="gramStart"/>
            <w:r>
              <w:rPr>
                <w:b/>
              </w:rPr>
              <w:t>Known</w:t>
            </w:r>
            <w:proofErr w:type="gramEnd"/>
            <w:r>
              <w:rPr>
                <w:b/>
              </w:rPr>
              <w:t xml:space="preserve"> scheduling constraints</w:t>
            </w:r>
          </w:p>
        </w:tc>
        <w:tc>
          <w:tcPr>
            <w:tcW w:w="6999" w:type="dxa"/>
            <w:tcMar>
              <w:top w:w="110" w:type="dxa"/>
              <w:left w:w="120" w:type="dxa"/>
              <w:bottom w:w="140" w:type="dxa"/>
              <w:right w:w="120" w:type="dxa"/>
            </w:tcMar>
          </w:tcPr>
          <w:p w14:paraId="6B28B73A" w14:textId="77777777" w:rsidR="00DF57C2" w:rsidRDefault="00DF57C2"/>
        </w:tc>
      </w:tr>
    </w:tbl>
    <w:p w14:paraId="65F40DFA" w14:textId="1C1476B8" w:rsidR="00DF57C2" w:rsidRDefault="00201731" w:rsidP="00D350D5">
      <w:pPr>
        <w:pStyle w:val="Heading1"/>
      </w:pPr>
      <w:r>
        <w:t>F. Key Personnel and Subcontractors / Suppliers</w:t>
      </w:r>
    </w:p>
    <w:p w14:paraId="5EC92F46" w14:textId="77777777" w:rsidR="00DF57C2" w:rsidRDefault="00201731">
      <w:r>
        <w:t>List key personnel and all known subcontractors/suppliers expected to perform a material portion of the work. Identify certified MWBE/SDVOB participation where applicable.</w:t>
      </w:r>
    </w:p>
    <w:tbl>
      <w:tblPr>
        <w:tblW w:w="0" w:type="auto"/>
        <w:jc w:val="center"/>
        <w:tblBorders>
          <w:top w:val="single" w:sz="4" w:space="0" w:color="D9DED9"/>
          <w:left w:val="single" w:sz="4" w:space="0" w:color="D9DED9"/>
          <w:bottom w:val="single" w:sz="4" w:space="0" w:color="D9DED9"/>
          <w:right w:val="single" w:sz="4" w:space="0" w:color="D9DED9"/>
          <w:insideH w:val="single" w:sz="4" w:space="0" w:color="D9DED9"/>
          <w:insideV w:val="single" w:sz="4" w:space="0" w:color="D9DED9"/>
        </w:tblBorders>
        <w:tblLayout w:type="fixed"/>
        <w:tblLook w:val="04A0" w:firstRow="1" w:lastRow="0" w:firstColumn="1" w:lastColumn="0" w:noHBand="0" w:noVBand="1"/>
      </w:tblPr>
      <w:tblGrid>
        <w:gridCol w:w="2160"/>
        <w:gridCol w:w="2160"/>
        <w:gridCol w:w="2232"/>
        <w:gridCol w:w="1296"/>
        <w:gridCol w:w="1296"/>
        <w:gridCol w:w="2232"/>
      </w:tblGrid>
      <w:tr w:rsidR="00DF57C2" w14:paraId="473ED713" w14:textId="77777777">
        <w:trPr>
          <w:tblHeader/>
          <w:jc w:val="center"/>
        </w:trPr>
        <w:tc>
          <w:tcPr>
            <w:tcW w:w="2160" w:type="dxa"/>
            <w:shd w:val="clear" w:color="auto" w:fill="244A35"/>
            <w:tcMar>
              <w:top w:w="80" w:type="dxa"/>
              <w:left w:w="60" w:type="dxa"/>
              <w:bottom w:w="80" w:type="dxa"/>
              <w:right w:w="60" w:type="dxa"/>
            </w:tcMar>
          </w:tcPr>
          <w:p w14:paraId="67276925" w14:textId="77777777" w:rsidR="00DF57C2" w:rsidRDefault="00201731">
            <w:pPr>
              <w:jc w:val="center"/>
            </w:pPr>
            <w:r>
              <w:rPr>
                <w:b/>
                <w:color w:val="FFFFFF"/>
                <w:sz w:val="15"/>
              </w:rPr>
              <w:t>Firm / person</w:t>
            </w:r>
          </w:p>
        </w:tc>
        <w:tc>
          <w:tcPr>
            <w:tcW w:w="2160" w:type="dxa"/>
            <w:shd w:val="clear" w:color="auto" w:fill="244A35"/>
            <w:tcMar>
              <w:top w:w="80" w:type="dxa"/>
              <w:left w:w="60" w:type="dxa"/>
              <w:bottom w:w="80" w:type="dxa"/>
              <w:right w:w="60" w:type="dxa"/>
            </w:tcMar>
          </w:tcPr>
          <w:p w14:paraId="6DF98CAD" w14:textId="77777777" w:rsidR="00DF57C2" w:rsidRDefault="00201731">
            <w:pPr>
              <w:jc w:val="center"/>
            </w:pPr>
            <w:r>
              <w:rPr>
                <w:b/>
                <w:color w:val="FFFFFF"/>
                <w:sz w:val="15"/>
              </w:rPr>
              <w:t>Role / scope</w:t>
            </w:r>
          </w:p>
        </w:tc>
        <w:tc>
          <w:tcPr>
            <w:tcW w:w="2232" w:type="dxa"/>
            <w:shd w:val="clear" w:color="auto" w:fill="244A35"/>
            <w:tcMar>
              <w:top w:w="80" w:type="dxa"/>
              <w:left w:w="60" w:type="dxa"/>
              <w:bottom w:w="80" w:type="dxa"/>
              <w:right w:w="60" w:type="dxa"/>
            </w:tcMar>
          </w:tcPr>
          <w:p w14:paraId="1996B9B1" w14:textId="77777777" w:rsidR="00DF57C2" w:rsidRDefault="00201731">
            <w:pPr>
              <w:jc w:val="center"/>
            </w:pPr>
            <w:r>
              <w:rPr>
                <w:b/>
                <w:color w:val="FFFFFF"/>
                <w:sz w:val="15"/>
              </w:rPr>
              <w:t>Estimated $</w:t>
            </w:r>
          </w:p>
        </w:tc>
        <w:tc>
          <w:tcPr>
            <w:tcW w:w="1296" w:type="dxa"/>
            <w:shd w:val="clear" w:color="auto" w:fill="244A35"/>
            <w:tcMar>
              <w:top w:w="80" w:type="dxa"/>
              <w:left w:w="60" w:type="dxa"/>
              <w:bottom w:w="80" w:type="dxa"/>
              <w:right w:w="60" w:type="dxa"/>
            </w:tcMar>
          </w:tcPr>
          <w:p w14:paraId="465E840E" w14:textId="77777777" w:rsidR="00DF57C2" w:rsidRDefault="00201731">
            <w:pPr>
              <w:jc w:val="center"/>
            </w:pPr>
            <w:r>
              <w:rPr>
                <w:b/>
                <w:color w:val="FFFFFF"/>
                <w:sz w:val="15"/>
              </w:rPr>
              <w:t>MWBE?</w:t>
            </w:r>
          </w:p>
        </w:tc>
        <w:tc>
          <w:tcPr>
            <w:tcW w:w="1296" w:type="dxa"/>
            <w:shd w:val="clear" w:color="auto" w:fill="244A35"/>
            <w:tcMar>
              <w:top w:w="80" w:type="dxa"/>
              <w:left w:w="60" w:type="dxa"/>
              <w:bottom w:w="80" w:type="dxa"/>
              <w:right w:w="60" w:type="dxa"/>
            </w:tcMar>
          </w:tcPr>
          <w:p w14:paraId="32FCF53D" w14:textId="77777777" w:rsidR="00DF57C2" w:rsidRDefault="00201731">
            <w:pPr>
              <w:jc w:val="center"/>
            </w:pPr>
            <w:r>
              <w:rPr>
                <w:b/>
                <w:color w:val="FFFFFF"/>
                <w:sz w:val="15"/>
              </w:rPr>
              <w:t>SDVOB?</w:t>
            </w:r>
          </w:p>
        </w:tc>
        <w:tc>
          <w:tcPr>
            <w:tcW w:w="2232" w:type="dxa"/>
            <w:shd w:val="clear" w:color="auto" w:fill="244A35"/>
            <w:tcMar>
              <w:top w:w="80" w:type="dxa"/>
              <w:left w:w="60" w:type="dxa"/>
              <w:bottom w:w="80" w:type="dxa"/>
              <w:right w:w="60" w:type="dxa"/>
            </w:tcMar>
          </w:tcPr>
          <w:p w14:paraId="2D58EB12" w14:textId="77777777" w:rsidR="00DF57C2" w:rsidRDefault="00201731">
            <w:pPr>
              <w:jc w:val="center"/>
            </w:pPr>
            <w:r>
              <w:rPr>
                <w:b/>
                <w:color w:val="FFFFFF"/>
                <w:sz w:val="15"/>
              </w:rPr>
              <w:t>Certification no. / notes</w:t>
            </w:r>
          </w:p>
        </w:tc>
      </w:tr>
      <w:tr w:rsidR="00DF57C2" w14:paraId="5237174C" w14:textId="77777777">
        <w:trPr>
          <w:cantSplit/>
          <w:jc w:val="center"/>
        </w:trPr>
        <w:tc>
          <w:tcPr>
            <w:tcW w:w="2160" w:type="dxa"/>
            <w:tcMar>
              <w:top w:w="120" w:type="dxa"/>
              <w:left w:w="70" w:type="dxa"/>
              <w:bottom w:w="120" w:type="dxa"/>
              <w:right w:w="70" w:type="dxa"/>
            </w:tcMar>
          </w:tcPr>
          <w:p w14:paraId="50CDBCF5" w14:textId="77777777" w:rsidR="00DF57C2" w:rsidRDefault="00DF57C2"/>
        </w:tc>
        <w:tc>
          <w:tcPr>
            <w:tcW w:w="2160" w:type="dxa"/>
            <w:tcMar>
              <w:top w:w="120" w:type="dxa"/>
              <w:left w:w="70" w:type="dxa"/>
              <w:bottom w:w="120" w:type="dxa"/>
              <w:right w:w="70" w:type="dxa"/>
            </w:tcMar>
          </w:tcPr>
          <w:p w14:paraId="7FD6E0A9" w14:textId="77777777" w:rsidR="00DF57C2" w:rsidRDefault="00DF57C2"/>
        </w:tc>
        <w:tc>
          <w:tcPr>
            <w:tcW w:w="2232" w:type="dxa"/>
            <w:tcMar>
              <w:top w:w="120" w:type="dxa"/>
              <w:left w:w="70" w:type="dxa"/>
              <w:bottom w:w="120" w:type="dxa"/>
              <w:right w:w="70" w:type="dxa"/>
            </w:tcMar>
          </w:tcPr>
          <w:p w14:paraId="7175B58B" w14:textId="77777777" w:rsidR="00DF57C2" w:rsidRDefault="00DF57C2"/>
        </w:tc>
        <w:tc>
          <w:tcPr>
            <w:tcW w:w="1296" w:type="dxa"/>
            <w:tcMar>
              <w:top w:w="120" w:type="dxa"/>
              <w:left w:w="70" w:type="dxa"/>
              <w:bottom w:w="120" w:type="dxa"/>
              <w:right w:w="70" w:type="dxa"/>
            </w:tcMar>
          </w:tcPr>
          <w:p w14:paraId="4BC282F7" w14:textId="77777777" w:rsidR="00DF57C2" w:rsidRDefault="00201731">
            <w:pPr>
              <w:jc w:val="center"/>
            </w:pPr>
            <w:r>
              <w:rPr>
                <w:sz w:val="15"/>
              </w:rPr>
              <w:t>☐ Yes ☐ No</w:t>
            </w:r>
          </w:p>
        </w:tc>
        <w:tc>
          <w:tcPr>
            <w:tcW w:w="1296" w:type="dxa"/>
            <w:tcMar>
              <w:top w:w="120" w:type="dxa"/>
              <w:left w:w="70" w:type="dxa"/>
              <w:bottom w:w="120" w:type="dxa"/>
              <w:right w:w="70" w:type="dxa"/>
            </w:tcMar>
          </w:tcPr>
          <w:p w14:paraId="0027261C" w14:textId="77777777" w:rsidR="00DF57C2" w:rsidRDefault="00201731">
            <w:pPr>
              <w:jc w:val="center"/>
            </w:pPr>
            <w:r>
              <w:rPr>
                <w:sz w:val="15"/>
              </w:rPr>
              <w:t>☐ Yes ☐ No</w:t>
            </w:r>
          </w:p>
        </w:tc>
        <w:tc>
          <w:tcPr>
            <w:tcW w:w="2232" w:type="dxa"/>
            <w:tcMar>
              <w:top w:w="120" w:type="dxa"/>
              <w:left w:w="70" w:type="dxa"/>
              <w:bottom w:w="120" w:type="dxa"/>
              <w:right w:w="70" w:type="dxa"/>
            </w:tcMar>
          </w:tcPr>
          <w:p w14:paraId="78EDB49E" w14:textId="77777777" w:rsidR="00DF57C2" w:rsidRDefault="00DF57C2"/>
        </w:tc>
      </w:tr>
      <w:tr w:rsidR="00DF57C2" w14:paraId="247BA949" w14:textId="77777777">
        <w:trPr>
          <w:cantSplit/>
          <w:jc w:val="center"/>
        </w:trPr>
        <w:tc>
          <w:tcPr>
            <w:tcW w:w="2160" w:type="dxa"/>
            <w:tcMar>
              <w:top w:w="120" w:type="dxa"/>
              <w:left w:w="70" w:type="dxa"/>
              <w:bottom w:w="120" w:type="dxa"/>
              <w:right w:w="70" w:type="dxa"/>
            </w:tcMar>
          </w:tcPr>
          <w:p w14:paraId="26859740" w14:textId="77777777" w:rsidR="00DF57C2" w:rsidRDefault="00DF57C2"/>
        </w:tc>
        <w:tc>
          <w:tcPr>
            <w:tcW w:w="2160" w:type="dxa"/>
            <w:tcMar>
              <w:top w:w="120" w:type="dxa"/>
              <w:left w:w="70" w:type="dxa"/>
              <w:bottom w:w="120" w:type="dxa"/>
              <w:right w:w="70" w:type="dxa"/>
            </w:tcMar>
          </w:tcPr>
          <w:p w14:paraId="6E084784" w14:textId="77777777" w:rsidR="00DF57C2" w:rsidRDefault="00DF57C2"/>
        </w:tc>
        <w:tc>
          <w:tcPr>
            <w:tcW w:w="2232" w:type="dxa"/>
            <w:tcMar>
              <w:top w:w="120" w:type="dxa"/>
              <w:left w:w="70" w:type="dxa"/>
              <w:bottom w:w="120" w:type="dxa"/>
              <w:right w:w="70" w:type="dxa"/>
            </w:tcMar>
          </w:tcPr>
          <w:p w14:paraId="4EAC87EA" w14:textId="77777777" w:rsidR="00DF57C2" w:rsidRDefault="00DF57C2"/>
        </w:tc>
        <w:tc>
          <w:tcPr>
            <w:tcW w:w="1296" w:type="dxa"/>
            <w:tcMar>
              <w:top w:w="120" w:type="dxa"/>
              <w:left w:w="70" w:type="dxa"/>
              <w:bottom w:w="120" w:type="dxa"/>
              <w:right w:w="70" w:type="dxa"/>
            </w:tcMar>
          </w:tcPr>
          <w:p w14:paraId="4BE70AAD" w14:textId="77777777" w:rsidR="00DF57C2" w:rsidRDefault="00201731">
            <w:pPr>
              <w:jc w:val="center"/>
            </w:pPr>
            <w:r>
              <w:rPr>
                <w:sz w:val="15"/>
              </w:rPr>
              <w:t>☐ Yes ☐ No</w:t>
            </w:r>
          </w:p>
        </w:tc>
        <w:tc>
          <w:tcPr>
            <w:tcW w:w="1296" w:type="dxa"/>
            <w:tcMar>
              <w:top w:w="120" w:type="dxa"/>
              <w:left w:w="70" w:type="dxa"/>
              <w:bottom w:w="120" w:type="dxa"/>
              <w:right w:w="70" w:type="dxa"/>
            </w:tcMar>
          </w:tcPr>
          <w:p w14:paraId="7991738C" w14:textId="77777777" w:rsidR="00DF57C2" w:rsidRDefault="00201731">
            <w:pPr>
              <w:jc w:val="center"/>
            </w:pPr>
            <w:r>
              <w:rPr>
                <w:sz w:val="15"/>
              </w:rPr>
              <w:t>☐ Yes ☐ No</w:t>
            </w:r>
          </w:p>
        </w:tc>
        <w:tc>
          <w:tcPr>
            <w:tcW w:w="2232" w:type="dxa"/>
            <w:tcMar>
              <w:top w:w="120" w:type="dxa"/>
              <w:left w:w="70" w:type="dxa"/>
              <w:bottom w:w="120" w:type="dxa"/>
              <w:right w:w="70" w:type="dxa"/>
            </w:tcMar>
          </w:tcPr>
          <w:p w14:paraId="5C0AC6DB" w14:textId="77777777" w:rsidR="00DF57C2" w:rsidRDefault="00DF57C2"/>
        </w:tc>
      </w:tr>
      <w:tr w:rsidR="00DF57C2" w14:paraId="2E657079" w14:textId="77777777">
        <w:trPr>
          <w:cantSplit/>
          <w:jc w:val="center"/>
        </w:trPr>
        <w:tc>
          <w:tcPr>
            <w:tcW w:w="2160" w:type="dxa"/>
            <w:tcMar>
              <w:top w:w="120" w:type="dxa"/>
              <w:left w:w="70" w:type="dxa"/>
              <w:bottom w:w="120" w:type="dxa"/>
              <w:right w:w="70" w:type="dxa"/>
            </w:tcMar>
          </w:tcPr>
          <w:p w14:paraId="371A144F" w14:textId="77777777" w:rsidR="00DF57C2" w:rsidRDefault="00DF57C2"/>
        </w:tc>
        <w:tc>
          <w:tcPr>
            <w:tcW w:w="2160" w:type="dxa"/>
            <w:tcMar>
              <w:top w:w="120" w:type="dxa"/>
              <w:left w:w="70" w:type="dxa"/>
              <w:bottom w:w="120" w:type="dxa"/>
              <w:right w:w="70" w:type="dxa"/>
            </w:tcMar>
          </w:tcPr>
          <w:p w14:paraId="7E89FCC7" w14:textId="77777777" w:rsidR="00DF57C2" w:rsidRDefault="00DF57C2"/>
        </w:tc>
        <w:tc>
          <w:tcPr>
            <w:tcW w:w="2232" w:type="dxa"/>
            <w:tcMar>
              <w:top w:w="120" w:type="dxa"/>
              <w:left w:w="70" w:type="dxa"/>
              <w:bottom w:w="120" w:type="dxa"/>
              <w:right w:w="70" w:type="dxa"/>
            </w:tcMar>
          </w:tcPr>
          <w:p w14:paraId="0EB35595" w14:textId="77777777" w:rsidR="00DF57C2" w:rsidRDefault="00DF57C2"/>
        </w:tc>
        <w:tc>
          <w:tcPr>
            <w:tcW w:w="1296" w:type="dxa"/>
            <w:tcMar>
              <w:top w:w="120" w:type="dxa"/>
              <w:left w:w="70" w:type="dxa"/>
              <w:bottom w:w="120" w:type="dxa"/>
              <w:right w:w="70" w:type="dxa"/>
            </w:tcMar>
          </w:tcPr>
          <w:p w14:paraId="10E6EF34" w14:textId="77777777" w:rsidR="00DF57C2" w:rsidRDefault="00201731">
            <w:pPr>
              <w:jc w:val="center"/>
            </w:pPr>
            <w:r>
              <w:rPr>
                <w:sz w:val="15"/>
              </w:rPr>
              <w:t>☐ Yes ☐ No</w:t>
            </w:r>
          </w:p>
        </w:tc>
        <w:tc>
          <w:tcPr>
            <w:tcW w:w="1296" w:type="dxa"/>
            <w:tcMar>
              <w:top w:w="120" w:type="dxa"/>
              <w:left w:w="70" w:type="dxa"/>
              <w:bottom w:w="120" w:type="dxa"/>
              <w:right w:w="70" w:type="dxa"/>
            </w:tcMar>
          </w:tcPr>
          <w:p w14:paraId="0673489B" w14:textId="77777777" w:rsidR="00DF57C2" w:rsidRDefault="00201731">
            <w:pPr>
              <w:jc w:val="center"/>
            </w:pPr>
            <w:r>
              <w:rPr>
                <w:sz w:val="15"/>
              </w:rPr>
              <w:t>☐ Yes ☐ No</w:t>
            </w:r>
          </w:p>
        </w:tc>
        <w:tc>
          <w:tcPr>
            <w:tcW w:w="2232" w:type="dxa"/>
            <w:tcMar>
              <w:top w:w="120" w:type="dxa"/>
              <w:left w:w="70" w:type="dxa"/>
              <w:bottom w:w="120" w:type="dxa"/>
              <w:right w:w="70" w:type="dxa"/>
            </w:tcMar>
          </w:tcPr>
          <w:p w14:paraId="0FB503F4" w14:textId="77777777" w:rsidR="00DF57C2" w:rsidRDefault="00DF57C2"/>
        </w:tc>
      </w:tr>
      <w:tr w:rsidR="00DF57C2" w14:paraId="601EBC27" w14:textId="77777777">
        <w:trPr>
          <w:cantSplit/>
          <w:jc w:val="center"/>
        </w:trPr>
        <w:tc>
          <w:tcPr>
            <w:tcW w:w="2160" w:type="dxa"/>
            <w:tcMar>
              <w:top w:w="120" w:type="dxa"/>
              <w:left w:w="70" w:type="dxa"/>
              <w:bottom w:w="120" w:type="dxa"/>
              <w:right w:w="70" w:type="dxa"/>
            </w:tcMar>
          </w:tcPr>
          <w:p w14:paraId="04989AB7" w14:textId="77777777" w:rsidR="00DF57C2" w:rsidRDefault="00DF57C2"/>
        </w:tc>
        <w:tc>
          <w:tcPr>
            <w:tcW w:w="2160" w:type="dxa"/>
            <w:tcMar>
              <w:top w:w="120" w:type="dxa"/>
              <w:left w:w="70" w:type="dxa"/>
              <w:bottom w:w="120" w:type="dxa"/>
              <w:right w:w="70" w:type="dxa"/>
            </w:tcMar>
          </w:tcPr>
          <w:p w14:paraId="6D742044" w14:textId="77777777" w:rsidR="00DF57C2" w:rsidRDefault="00DF57C2"/>
        </w:tc>
        <w:tc>
          <w:tcPr>
            <w:tcW w:w="2232" w:type="dxa"/>
            <w:tcMar>
              <w:top w:w="120" w:type="dxa"/>
              <w:left w:w="70" w:type="dxa"/>
              <w:bottom w:w="120" w:type="dxa"/>
              <w:right w:w="70" w:type="dxa"/>
            </w:tcMar>
          </w:tcPr>
          <w:p w14:paraId="1B06BCFA" w14:textId="77777777" w:rsidR="00DF57C2" w:rsidRDefault="00DF57C2"/>
        </w:tc>
        <w:tc>
          <w:tcPr>
            <w:tcW w:w="1296" w:type="dxa"/>
            <w:tcMar>
              <w:top w:w="120" w:type="dxa"/>
              <w:left w:w="70" w:type="dxa"/>
              <w:bottom w:w="120" w:type="dxa"/>
              <w:right w:w="70" w:type="dxa"/>
            </w:tcMar>
          </w:tcPr>
          <w:p w14:paraId="6C8C886D" w14:textId="77777777" w:rsidR="00DF57C2" w:rsidRDefault="00201731">
            <w:pPr>
              <w:jc w:val="center"/>
            </w:pPr>
            <w:r>
              <w:rPr>
                <w:sz w:val="15"/>
              </w:rPr>
              <w:t>☐ Yes ☐ No</w:t>
            </w:r>
          </w:p>
        </w:tc>
        <w:tc>
          <w:tcPr>
            <w:tcW w:w="1296" w:type="dxa"/>
            <w:tcMar>
              <w:top w:w="120" w:type="dxa"/>
              <w:left w:w="70" w:type="dxa"/>
              <w:bottom w:w="120" w:type="dxa"/>
              <w:right w:w="70" w:type="dxa"/>
            </w:tcMar>
          </w:tcPr>
          <w:p w14:paraId="665AB3FB" w14:textId="77777777" w:rsidR="00DF57C2" w:rsidRDefault="00201731">
            <w:pPr>
              <w:jc w:val="center"/>
            </w:pPr>
            <w:r>
              <w:rPr>
                <w:sz w:val="15"/>
              </w:rPr>
              <w:t>☐ Yes ☐ No</w:t>
            </w:r>
          </w:p>
        </w:tc>
        <w:tc>
          <w:tcPr>
            <w:tcW w:w="2232" w:type="dxa"/>
            <w:tcMar>
              <w:top w:w="120" w:type="dxa"/>
              <w:left w:w="70" w:type="dxa"/>
              <w:bottom w:w="120" w:type="dxa"/>
              <w:right w:w="70" w:type="dxa"/>
            </w:tcMar>
          </w:tcPr>
          <w:p w14:paraId="40B7A416" w14:textId="77777777" w:rsidR="00DF57C2" w:rsidRDefault="00DF57C2"/>
        </w:tc>
      </w:tr>
      <w:tr w:rsidR="00DF57C2" w14:paraId="5634177E" w14:textId="77777777">
        <w:trPr>
          <w:cantSplit/>
          <w:jc w:val="center"/>
        </w:trPr>
        <w:tc>
          <w:tcPr>
            <w:tcW w:w="2160" w:type="dxa"/>
            <w:tcMar>
              <w:top w:w="120" w:type="dxa"/>
              <w:left w:w="70" w:type="dxa"/>
              <w:bottom w:w="120" w:type="dxa"/>
              <w:right w:w="70" w:type="dxa"/>
            </w:tcMar>
          </w:tcPr>
          <w:p w14:paraId="16250E0B" w14:textId="77777777" w:rsidR="00DF57C2" w:rsidRDefault="00DF57C2"/>
        </w:tc>
        <w:tc>
          <w:tcPr>
            <w:tcW w:w="2160" w:type="dxa"/>
            <w:tcMar>
              <w:top w:w="120" w:type="dxa"/>
              <w:left w:w="70" w:type="dxa"/>
              <w:bottom w:w="120" w:type="dxa"/>
              <w:right w:w="70" w:type="dxa"/>
            </w:tcMar>
          </w:tcPr>
          <w:p w14:paraId="269888B9" w14:textId="77777777" w:rsidR="00DF57C2" w:rsidRDefault="00DF57C2"/>
        </w:tc>
        <w:tc>
          <w:tcPr>
            <w:tcW w:w="2232" w:type="dxa"/>
            <w:tcMar>
              <w:top w:w="120" w:type="dxa"/>
              <w:left w:w="70" w:type="dxa"/>
              <w:bottom w:w="120" w:type="dxa"/>
              <w:right w:w="70" w:type="dxa"/>
            </w:tcMar>
          </w:tcPr>
          <w:p w14:paraId="44C1FB0C" w14:textId="77777777" w:rsidR="00DF57C2" w:rsidRDefault="00DF57C2"/>
        </w:tc>
        <w:tc>
          <w:tcPr>
            <w:tcW w:w="1296" w:type="dxa"/>
            <w:tcMar>
              <w:top w:w="120" w:type="dxa"/>
              <w:left w:w="70" w:type="dxa"/>
              <w:bottom w:w="120" w:type="dxa"/>
              <w:right w:w="70" w:type="dxa"/>
            </w:tcMar>
          </w:tcPr>
          <w:p w14:paraId="60C8CD08" w14:textId="77777777" w:rsidR="00DF57C2" w:rsidRDefault="00201731">
            <w:pPr>
              <w:jc w:val="center"/>
            </w:pPr>
            <w:r>
              <w:rPr>
                <w:sz w:val="15"/>
              </w:rPr>
              <w:t>☐ Yes ☐ No</w:t>
            </w:r>
          </w:p>
        </w:tc>
        <w:tc>
          <w:tcPr>
            <w:tcW w:w="1296" w:type="dxa"/>
            <w:tcMar>
              <w:top w:w="120" w:type="dxa"/>
              <w:left w:w="70" w:type="dxa"/>
              <w:bottom w:w="120" w:type="dxa"/>
              <w:right w:w="70" w:type="dxa"/>
            </w:tcMar>
          </w:tcPr>
          <w:p w14:paraId="126E854C" w14:textId="77777777" w:rsidR="00DF57C2" w:rsidRDefault="00201731">
            <w:pPr>
              <w:jc w:val="center"/>
            </w:pPr>
            <w:r>
              <w:rPr>
                <w:sz w:val="15"/>
              </w:rPr>
              <w:t>☐ Yes ☐ No</w:t>
            </w:r>
          </w:p>
        </w:tc>
        <w:tc>
          <w:tcPr>
            <w:tcW w:w="2232" w:type="dxa"/>
            <w:tcMar>
              <w:top w:w="120" w:type="dxa"/>
              <w:left w:w="70" w:type="dxa"/>
              <w:bottom w:w="120" w:type="dxa"/>
              <w:right w:w="70" w:type="dxa"/>
            </w:tcMar>
          </w:tcPr>
          <w:p w14:paraId="34FC82D6" w14:textId="77777777" w:rsidR="00DF57C2" w:rsidRDefault="00DF57C2"/>
        </w:tc>
      </w:tr>
      <w:tr w:rsidR="00DF57C2" w14:paraId="0BCD4017" w14:textId="77777777">
        <w:trPr>
          <w:cantSplit/>
          <w:jc w:val="center"/>
        </w:trPr>
        <w:tc>
          <w:tcPr>
            <w:tcW w:w="2160" w:type="dxa"/>
            <w:tcMar>
              <w:top w:w="120" w:type="dxa"/>
              <w:left w:w="70" w:type="dxa"/>
              <w:bottom w:w="120" w:type="dxa"/>
              <w:right w:w="70" w:type="dxa"/>
            </w:tcMar>
          </w:tcPr>
          <w:p w14:paraId="27762F1E" w14:textId="77777777" w:rsidR="00DF57C2" w:rsidRDefault="00DF57C2"/>
        </w:tc>
        <w:tc>
          <w:tcPr>
            <w:tcW w:w="2160" w:type="dxa"/>
            <w:tcMar>
              <w:top w:w="120" w:type="dxa"/>
              <w:left w:w="70" w:type="dxa"/>
              <w:bottom w:w="120" w:type="dxa"/>
              <w:right w:w="70" w:type="dxa"/>
            </w:tcMar>
          </w:tcPr>
          <w:p w14:paraId="7BFA4C6A" w14:textId="77777777" w:rsidR="00DF57C2" w:rsidRDefault="00DF57C2"/>
        </w:tc>
        <w:tc>
          <w:tcPr>
            <w:tcW w:w="2232" w:type="dxa"/>
            <w:tcMar>
              <w:top w:w="120" w:type="dxa"/>
              <w:left w:w="70" w:type="dxa"/>
              <w:bottom w:w="120" w:type="dxa"/>
              <w:right w:w="70" w:type="dxa"/>
            </w:tcMar>
          </w:tcPr>
          <w:p w14:paraId="4C527964" w14:textId="77777777" w:rsidR="00DF57C2" w:rsidRDefault="00DF57C2"/>
        </w:tc>
        <w:tc>
          <w:tcPr>
            <w:tcW w:w="1296" w:type="dxa"/>
            <w:tcMar>
              <w:top w:w="120" w:type="dxa"/>
              <w:left w:w="70" w:type="dxa"/>
              <w:bottom w:w="120" w:type="dxa"/>
              <w:right w:w="70" w:type="dxa"/>
            </w:tcMar>
          </w:tcPr>
          <w:p w14:paraId="1307C6F9" w14:textId="77777777" w:rsidR="00DF57C2" w:rsidRDefault="00201731">
            <w:pPr>
              <w:jc w:val="center"/>
            </w:pPr>
            <w:r>
              <w:rPr>
                <w:sz w:val="15"/>
              </w:rPr>
              <w:t>☐ Yes ☐ No</w:t>
            </w:r>
          </w:p>
        </w:tc>
        <w:tc>
          <w:tcPr>
            <w:tcW w:w="1296" w:type="dxa"/>
            <w:tcMar>
              <w:top w:w="120" w:type="dxa"/>
              <w:left w:w="70" w:type="dxa"/>
              <w:bottom w:w="120" w:type="dxa"/>
              <w:right w:w="70" w:type="dxa"/>
            </w:tcMar>
          </w:tcPr>
          <w:p w14:paraId="2C690989" w14:textId="77777777" w:rsidR="00DF57C2" w:rsidRDefault="00201731">
            <w:pPr>
              <w:jc w:val="center"/>
            </w:pPr>
            <w:r>
              <w:rPr>
                <w:sz w:val="15"/>
              </w:rPr>
              <w:t>☐ Yes ☐ No</w:t>
            </w:r>
          </w:p>
        </w:tc>
        <w:tc>
          <w:tcPr>
            <w:tcW w:w="2232" w:type="dxa"/>
            <w:tcMar>
              <w:top w:w="120" w:type="dxa"/>
              <w:left w:w="70" w:type="dxa"/>
              <w:bottom w:w="120" w:type="dxa"/>
              <w:right w:w="70" w:type="dxa"/>
            </w:tcMar>
          </w:tcPr>
          <w:p w14:paraId="549FA6C2" w14:textId="77777777" w:rsidR="00DF57C2" w:rsidRDefault="00DF57C2"/>
        </w:tc>
      </w:tr>
      <w:tr w:rsidR="00DF57C2" w14:paraId="5BFBF847" w14:textId="77777777">
        <w:trPr>
          <w:cantSplit/>
          <w:jc w:val="center"/>
        </w:trPr>
        <w:tc>
          <w:tcPr>
            <w:tcW w:w="2160" w:type="dxa"/>
            <w:tcMar>
              <w:top w:w="120" w:type="dxa"/>
              <w:left w:w="70" w:type="dxa"/>
              <w:bottom w:w="120" w:type="dxa"/>
              <w:right w:w="70" w:type="dxa"/>
            </w:tcMar>
          </w:tcPr>
          <w:p w14:paraId="5C205D23" w14:textId="77777777" w:rsidR="00DF57C2" w:rsidRDefault="00DF57C2"/>
        </w:tc>
        <w:tc>
          <w:tcPr>
            <w:tcW w:w="2160" w:type="dxa"/>
            <w:tcMar>
              <w:top w:w="120" w:type="dxa"/>
              <w:left w:w="70" w:type="dxa"/>
              <w:bottom w:w="120" w:type="dxa"/>
              <w:right w:w="70" w:type="dxa"/>
            </w:tcMar>
          </w:tcPr>
          <w:p w14:paraId="60A1FD0D" w14:textId="77777777" w:rsidR="00DF57C2" w:rsidRDefault="00DF57C2"/>
        </w:tc>
        <w:tc>
          <w:tcPr>
            <w:tcW w:w="2232" w:type="dxa"/>
            <w:tcMar>
              <w:top w:w="120" w:type="dxa"/>
              <w:left w:w="70" w:type="dxa"/>
              <w:bottom w:w="120" w:type="dxa"/>
              <w:right w:w="70" w:type="dxa"/>
            </w:tcMar>
          </w:tcPr>
          <w:p w14:paraId="4175C6CC" w14:textId="77777777" w:rsidR="00DF57C2" w:rsidRDefault="00DF57C2"/>
        </w:tc>
        <w:tc>
          <w:tcPr>
            <w:tcW w:w="1296" w:type="dxa"/>
            <w:tcMar>
              <w:top w:w="120" w:type="dxa"/>
              <w:left w:w="70" w:type="dxa"/>
              <w:bottom w:w="120" w:type="dxa"/>
              <w:right w:w="70" w:type="dxa"/>
            </w:tcMar>
          </w:tcPr>
          <w:p w14:paraId="5E58493D" w14:textId="77777777" w:rsidR="00DF57C2" w:rsidRDefault="00201731">
            <w:pPr>
              <w:jc w:val="center"/>
            </w:pPr>
            <w:r>
              <w:rPr>
                <w:sz w:val="15"/>
              </w:rPr>
              <w:t>☐ Yes ☐ No</w:t>
            </w:r>
          </w:p>
        </w:tc>
        <w:tc>
          <w:tcPr>
            <w:tcW w:w="1296" w:type="dxa"/>
            <w:tcMar>
              <w:top w:w="120" w:type="dxa"/>
              <w:left w:w="70" w:type="dxa"/>
              <w:bottom w:w="120" w:type="dxa"/>
              <w:right w:w="70" w:type="dxa"/>
            </w:tcMar>
          </w:tcPr>
          <w:p w14:paraId="7BFE8DC9" w14:textId="77777777" w:rsidR="00DF57C2" w:rsidRDefault="00201731">
            <w:pPr>
              <w:jc w:val="center"/>
            </w:pPr>
            <w:r>
              <w:rPr>
                <w:sz w:val="15"/>
              </w:rPr>
              <w:t>☐ Yes ☐ No</w:t>
            </w:r>
          </w:p>
        </w:tc>
        <w:tc>
          <w:tcPr>
            <w:tcW w:w="2232" w:type="dxa"/>
            <w:tcMar>
              <w:top w:w="120" w:type="dxa"/>
              <w:left w:w="70" w:type="dxa"/>
              <w:bottom w:w="120" w:type="dxa"/>
              <w:right w:w="70" w:type="dxa"/>
            </w:tcMar>
          </w:tcPr>
          <w:p w14:paraId="6F92560C" w14:textId="77777777" w:rsidR="00DF57C2" w:rsidRDefault="00DF57C2"/>
        </w:tc>
      </w:tr>
      <w:tr w:rsidR="00DF57C2" w14:paraId="0247F8C0" w14:textId="77777777">
        <w:trPr>
          <w:cantSplit/>
          <w:jc w:val="center"/>
        </w:trPr>
        <w:tc>
          <w:tcPr>
            <w:tcW w:w="2160" w:type="dxa"/>
            <w:tcMar>
              <w:top w:w="120" w:type="dxa"/>
              <w:left w:w="70" w:type="dxa"/>
              <w:bottom w:w="120" w:type="dxa"/>
              <w:right w:w="70" w:type="dxa"/>
            </w:tcMar>
          </w:tcPr>
          <w:p w14:paraId="6C70A79D" w14:textId="77777777" w:rsidR="00DF57C2" w:rsidRDefault="00DF57C2"/>
        </w:tc>
        <w:tc>
          <w:tcPr>
            <w:tcW w:w="2160" w:type="dxa"/>
            <w:tcMar>
              <w:top w:w="120" w:type="dxa"/>
              <w:left w:w="70" w:type="dxa"/>
              <w:bottom w:w="120" w:type="dxa"/>
              <w:right w:w="70" w:type="dxa"/>
            </w:tcMar>
          </w:tcPr>
          <w:p w14:paraId="38DB1A7C" w14:textId="77777777" w:rsidR="00DF57C2" w:rsidRDefault="00DF57C2"/>
        </w:tc>
        <w:tc>
          <w:tcPr>
            <w:tcW w:w="2232" w:type="dxa"/>
            <w:tcMar>
              <w:top w:w="120" w:type="dxa"/>
              <w:left w:w="70" w:type="dxa"/>
              <w:bottom w:w="120" w:type="dxa"/>
              <w:right w:w="70" w:type="dxa"/>
            </w:tcMar>
          </w:tcPr>
          <w:p w14:paraId="4893E8FA" w14:textId="77777777" w:rsidR="00DF57C2" w:rsidRDefault="00DF57C2"/>
        </w:tc>
        <w:tc>
          <w:tcPr>
            <w:tcW w:w="1296" w:type="dxa"/>
            <w:tcMar>
              <w:top w:w="120" w:type="dxa"/>
              <w:left w:w="70" w:type="dxa"/>
              <w:bottom w:w="120" w:type="dxa"/>
              <w:right w:w="70" w:type="dxa"/>
            </w:tcMar>
          </w:tcPr>
          <w:p w14:paraId="6D5DA82B" w14:textId="77777777" w:rsidR="00DF57C2" w:rsidRDefault="00201731">
            <w:pPr>
              <w:jc w:val="center"/>
            </w:pPr>
            <w:r>
              <w:rPr>
                <w:sz w:val="15"/>
              </w:rPr>
              <w:t>☐ Yes ☐ No</w:t>
            </w:r>
          </w:p>
        </w:tc>
        <w:tc>
          <w:tcPr>
            <w:tcW w:w="1296" w:type="dxa"/>
            <w:tcMar>
              <w:top w:w="120" w:type="dxa"/>
              <w:left w:w="70" w:type="dxa"/>
              <w:bottom w:w="120" w:type="dxa"/>
              <w:right w:w="70" w:type="dxa"/>
            </w:tcMar>
          </w:tcPr>
          <w:p w14:paraId="3D09624C" w14:textId="77777777" w:rsidR="00DF57C2" w:rsidRDefault="00201731">
            <w:pPr>
              <w:jc w:val="center"/>
            </w:pPr>
            <w:r>
              <w:rPr>
                <w:sz w:val="15"/>
              </w:rPr>
              <w:t>☐ Yes ☐ No</w:t>
            </w:r>
          </w:p>
        </w:tc>
        <w:tc>
          <w:tcPr>
            <w:tcW w:w="2232" w:type="dxa"/>
            <w:tcMar>
              <w:top w:w="120" w:type="dxa"/>
              <w:left w:w="70" w:type="dxa"/>
              <w:bottom w:w="120" w:type="dxa"/>
              <w:right w:w="70" w:type="dxa"/>
            </w:tcMar>
          </w:tcPr>
          <w:p w14:paraId="2C0CCE02" w14:textId="77777777" w:rsidR="00DF57C2" w:rsidRDefault="00DF57C2"/>
        </w:tc>
      </w:tr>
    </w:tbl>
    <w:p w14:paraId="23F41379" w14:textId="77777777" w:rsidR="00D350D5" w:rsidRDefault="00D350D5">
      <w:pPr>
        <w:pStyle w:val="Heading1"/>
      </w:pPr>
    </w:p>
    <w:p w14:paraId="246D4AEB" w14:textId="77777777" w:rsidR="00D350D5" w:rsidRDefault="00D350D5">
      <w:pPr>
        <w:spacing w:after="200" w:line="276" w:lineRule="auto"/>
        <w:rPr>
          <w:rFonts w:asciiTheme="majorHAnsi" w:eastAsiaTheme="majorEastAsia" w:hAnsiTheme="majorHAnsi" w:cstheme="majorBidi"/>
          <w:b/>
          <w:bCs/>
          <w:color w:val="244A35"/>
          <w:sz w:val="32"/>
          <w:szCs w:val="28"/>
        </w:rPr>
      </w:pPr>
      <w:r>
        <w:br w:type="page"/>
      </w:r>
    </w:p>
    <w:p w14:paraId="1E1E7EF2" w14:textId="659BC8A5" w:rsidR="00DF57C2" w:rsidRDefault="00201731">
      <w:pPr>
        <w:pStyle w:val="Heading1"/>
      </w:pPr>
      <w:r>
        <w:lastRenderedPageBreak/>
        <w:t>G. Technical Assumptions, Exclusions, and Owner Responsibilities</w:t>
      </w:r>
    </w:p>
    <w:p w14:paraId="12F8CF4E" w14:textId="77777777" w:rsidR="00DF57C2" w:rsidRDefault="00201731">
      <w:r>
        <w:t>List every material assumption, allowance, exclusion, proposed owner responsibility, quantity assumption, access condition, or dependency that could affect price or schedule. Attach additional pages if needed.</w:t>
      </w:r>
    </w:p>
    <w:tbl>
      <w:tblPr>
        <w:tblW w:w="10812" w:type="dxa"/>
        <w:tblBorders>
          <w:top w:val="single" w:sz="4" w:space="0" w:color="D9DED9"/>
          <w:left w:val="single" w:sz="4" w:space="0" w:color="D9DED9"/>
          <w:bottom w:val="single" w:sz="4" w:space="0" w:color="D9DED9"/>
          <w:right w:val="single" w:sz="4" w:space="0" w:color="D9DED9"/>
          <w:insideH w:val="single" w:sz="4" w:space="0" w:color="D9DED9"/>
          <w:insideV w:val="single" w:sz="4" w:space="0" w:color="D9DED9"/>
        </w:tblBorders>
        <w:tblLayout w:type="fixed"/>
        <w:tblLook w:val="04A0" w:firstRow="1" w:lastRow="0" w:firstColumn="1" w:lastColumn="0" w:noHBand="0" w:noVBand="1"/>
      </w:tblPr>
      <w:tblGrid>
        <w:gridCol w:w="693"/>
        <w:gridCol w:w="10119"/>
      </w:tblGrid>
      <w:tr w:rsidR="00DF57C2" w14:paraId="251AEB86" w14:textId="77777777" w:rsidTr="00F9257D">
        <w:trPr>
          <w:trHeight w:val="361"/>
        </w:trPr>
        <w:tc>
          <w:tcPr>
            <w:tcW w:w="693" w:type="dxa"/>
            <w:tcMar>
              <w:top w:w="140" w:type="dxa"/>
              <w:left w:w="100" w:type="dxa"/>
              <w:bottom w:w="180" w:type="dxa"/>
              <w:right w:w="100" w:type="dxa"/>
            </w:tcMar>
          </w:tcPr>
          <w:p w14:paraId="6E358F17" w14:textId="77777777" w:rsidR="00DF57C2" w:rsidRDefault="00201731">
            <w:pPr>
              <w:jc w:val="center"/>
            </w:pPr>
            <w:r>
              <w:t>1.</w:t>
            </w:r>
          </w:p>
        </w:tc>
        <w:tc>
          <w:tcPr>
            <w:tcW w:w="10119" w:type="dxa"/>
            <w:tcMar>
              <w:top w:w="140" w:type="dxa"/>
              <w:left w:w="100" w:type="dxa"/>
              <w:bottom w:w="180" w:type="dxa"/>
              <w:right w:w="100" w:type="dxa"/>
            </w:tcMar>
          </w:tcPr>
          <w:p w14:paraId="17BF688F" w14:textId="77777777" w:rsidR="00DF57C2" w:rsidRDefault="00DF57C2"/>
        </w:tc>
      </w:tr>
      <w:tr w:rsidR="00DF57C2" w14:paraId="7340B867" w14:textId="77777777" w:rsidTr="00F9257D">
        <w:trPr>
          <w:trHeight w:val="361"/>
        </w:trPr>
        <w:tc>
          <w:tcPr>
            <w:tcW w:w="693" w:type="dxa"/>
            <w:tcMar>
              <w:top w:w="140" w:type="dxa"/>
              <w:left w:w="100" w:type="dxa"/>
              <w:bottom w:w="180" w:type="dxa"/>
              <w:right w:w="100" w:type="dxa"/>
            </w:tcMar>
          </w:tcPr>
          <w:p w14:paraId="14CA48A7" w14:textId="77777777" w:rsidR="00DF57C2" w:rsidRDefault="00201731">
            <w:pPr>
              <w:jc w:val="center"/>
            </w:pPr>
            <w:r>
              <w:t>2.</w:t>
            </w:r>
          </w:p>
        </w:tc>
        <w:tc>
          <w:tcPr>
            <w:tcW w:w="10119" w:type="dxa"/>
            <w:tcMar>
              <w:top w:w="140" w:type="dxa"/>
              <w:left w:w="100" w:type="dxa"/>
              <w:bottom w:w="180" w:type="dxa"/>
              <w:right w:w="100" w:type="dxa"/>
            </w:tcMar>
          </w:tcPr>
          <w:p w14:paraId="2F51E165" w14:textId="77777777" w:rsidR="00DF57C2" w:rsidRDefault="00DF57C2"/>
        </w:tc>
      </w:tr>
      <w:tr w:rsidR="00DF57C2" w14:paraId="41054816" w14:textId="77777777" w:rsidTr="00F9257D">
        <w:trPr>
          <w:trHeight w:val="346"/>
        </w:trPr>
        <w:tc>
          <w:tcPr>
            <w:tcW w:w="693" w:type="dxa"/>
            <w:tcMar>
              <w:top w:w="140" w:type="dxa"/>
              <w:left w:w="100" w:type="dxa"/>
              <w:bottom w:w="180" w:type="dxa"/>
              <w:right w:w="100" w:type="dxa"/>
            </w:tcMar>
          </w:tcPr>
          <w:p w14:paraId="14EF4A05" w14:textId="77777777" w:rsidR="00DF57C2" w:rsidRDefault="00201731">
            <w:pPr>
              <w:jc w:val="center"/>
            </w:pPr>
            <w:r>
              <w:t>3.</w:t>
            </w:r>
          </w:p>
        </w:tc>
        <w:tc>
          <w:tcPr>
            <w:tcW w:w="10119" w:type="dxa"/>
            <w:tcMar>
              <w:top w:w="140" w:type="dxa"/>
              <w:left w:w="100" w:type="dxa"/>
              <w:bottom w:w="180" w:type="dxa"/>
              <w:right w:w="100" w:type="dxa"/>
            </w:tcMar>
          </w:tcPr>
          <w:p w14:paraId="3AF76C5F" w14:textId="77777777" w:rsidR="00DF57C2" w:rsidRDefault="00DF57C2"/>
        </w:tc>
      </w:tr>
      <w:tr w:rsidR="00DF57C2" w14:paraId="17F53B96" w14:textId="77777777" w:rsidTr="00F9257D">
        <w:trPr>
          <w:trHeight w:val="361"/>
        </w:trPr>
        <w:tc>
          <w:tcPr>
            <w:tcW w:w="693" w:type="dxa"/>
            <w:tcMar>
              <w:top w:w="140" w:type="dxa"/>
              <w:left w:w="100" w:type="dxa"/>
              <w:bottom w:w="180" w:type="dxa"/>
              <w:right w:w="100" w:type="dxa"/>
            </w:tcMar>
          </w:tcPr>
          <w:p w14:paraId="02AB4A17" w14:textId="77777777" w:rsidR="00DF57C2" w:rsidRDefault="00201731">
            <w:pPr>
              <w:jc w:val="center"/>
            </w:pPr>
            <w:r>
              <w:t>4.</w:t>
            </w:r>
          </w:p>
        </w:tc>
        <w:tc>
          <w:tcPr>
            <w:tcW w:w="10119" w:type="dxa"/>
            <w:tcMar>
              <w:top w:w="140" w:type="dxa"/>
              <w:left w:w="100" w:type="dxa"/>
              <w:bottom w:w="180" w:type="dxa"/>
              <w:right w:w="100" w:type="dxa"/>
            </w:tcMar>
          </w:tcPr>
          <w:p w14:paraId="0045FC85" w14:textId="77777777" w:rsidR="00DF57C2" w:rsidRDefault="00DF57C2"/>
        </w:tc>
      </w:tr>
      <w:tr w:rsidR="00DF57C2" w14:paraId="3129D896" w14:textId="77777777" w:rsidTr="00F9257D">
        <w:trPr>
          <w:trHeight w:val="361"/>
        </w:trPr>
        <w:tc>
          <w:tcPr>
            <w:tcW w:w="693" w:type="dxa"/>
            <w:tcMar>
              <w:top w:w="140" w:type="dxa"/>
              <w:left w:w="100" w:type="dxa"/>
              <w:bottom w:w="180" w:type="dxa"/>
              <w:right w:w="100" w:type="dxa"/>
            </w:tcMar>
          </w:tcPr>
          <w:p w14:paraId="35FB959F" w14:textId="77777777" w:rsidR="00DF57C2" w:rsidRDefault="00201731">
            <w:pPr>
              <w:jc w:val="center"/>
            </w:pPr>
            <w:r>
              <w:t>5.</w:t>
            </w:r>
          </w:p>
        </w:tc>
        <w:tc>
          <w:tcPr>
            <w:tcW w:w="10119" w:type="dxa"/>
            <w:tcMar>
              <w:top w:w="140" w:type="dxa"/>
              <w:left w:w="100" w:type="dxa"/>
              <w:bottom w:w="180" w:type="dxa"/>
              <w:right w:w="100" w:type="dxa"/>
            </w:tcMar>
          </w:tcPr>
          <w:p w14:paraId="0FA7BDD2" w14:textId="77777777" w:rsidR="00DF57C2" w:rsidRDefault="00DF57C2"/>
        </w:tc>
      </w:tr>
      <w:tr w:rsidR="00DF57C2" w14:paraId="2FF77DC5" w14:textId="77777777" w:rsidTr="00F9257D">
        <w:trPr>
          <w:trHeight w:val="361"/>
        </w:trPr>
        <w:tc>
          <w:tcPr>
            <w:tcW w:w="693" w:type="dxa"/>
            <w:tcMar>
              <w:top w:w="140" w:type="dxa"/>
              <w:left w:w="100" w:type="dxa"/>
              <w:bottom w:w="180" w:type="dxa"/>
              <w:right w:w="100" w:type="dxa"/>
            </w:tcMar>
          </w:tcPr>
          <w:p w14:paraId="2D66CE48" w14:textId="77777777" w:rsidR="00DF57C2" w:rsidRDefault="00201731">
            <w:pPr>
              <w:jc w:val="center"/>
            </w:pPr>
            <w:r>
              <w:t>6.</w:t>
            </w:r>
          </w:p>
        </w:tc>
        <w:tc>
          <w:tcPr>
            <w:tcW w:w="10119" w:type="dxa"/>
            <w:tcMar>
              <w:top w:w="140" w:type="dxa"/>
              <w:left w:w="100" w:type="dxa"/>
              <w:bottom w:w="180" w:type="dxa"/>
              <w:right w:w="100" w:type="dxa"/>
            </w:tcMar>
          </w:tcPr>
          <w:p w14:paraId="5C046730" w14:textId="77777777" w:rsidR="00DF57C2" w:rsidRDefault="00DF57C2"/>
        </w:tc>
      </w:tr>
      <w:tr w:rsidR="00DF57C2" w14:paraId="34BE5744" w14:textId="77777777" w:rsidTr="00F9257D">
        <w:trPr>
          <w:trHeight w:val="346"/>
        </w:trPr>
        <w:tc>
          <w:tcPr>
            <w:tcW w:w="693" w:type="dxa"/>
            <w:tcMar>
              <w:top w:w="140" w:type="dxa"/>
              <w:left w:w="100" w:type="dxa"/>
              <w:bottom w:w="180" w:type="dxa"/>
              <w:right w:w="100" w:type="dxa"/>
            </w:tcMar>
          </w:tcPr>
          <w:p w14:paraId="44A0C688" w14:textId="77777777" w:rsidR="00DF57C2" w:rsidRDefault="00201731">
            <w:pPr>
              <w:jc w:val="center"/>
            </w:pPr>
            <w:r>
              <w:t>7.</w:t>
            </w:r>
          </w:p>
        </w:tc>
        <w:tc>
          <w:tcPr>
            <w:tcW w:w="10119" w:type="dxa"/>
            <w:tcMar>
              <w:top w:w="140" w:type="dxa"/>
              <w:left w:w="100" w:type="dxa"/>
              <w:bottom w:w="180" w:type="dxa"/>
              <w:right w:w="100" w:type="dxa"/>
            </w:tcMar>
          </w:tcPr>
          <w:p w14:paraId="66ED32AF" w14:textId="77777777" w:rsidR="00DF57C2" w:rsidRDefault="00DF57C2"/>
        </w:tc>
      </w:tr>
    </w:tbl>
    <w:p w14:paraId="05269091" w14:textId="77777777" w:rsidR="00DF57C2" w:rsidRDefault="00201731">
      <w:pPr>
        <w:pStyle w:val="Heading1"/>
      </w:pPr>
      <w:r>
        <w:t>H. Professional Design / Permits / Inspection Needs</w:t>
      </w:r>
    </w:p>
    <w:p w14:paraId="3384BB61" w14:textId="77777777" w:rsidR="00DF57C2" w:rsidRDefault="00201731">
      <w:r>
        <w:t xml:space="preserve">Identify any engineer, architect, testing agency, special inspection, accessibility consultant, permit, survey, or other third-party service you believe is required for your proposed method. State whether each item is included in your price or is expected to be provided separately by </w:t>
      </w:r>
      <w:proofErr w:type="spellStart"/>
      <w:r>
        <w:t>Limeledge</w:t>
      </w:r>
      <w:proofErr w:type="spellEnd"/>
      <w:r>
        <w:t>.</w:t>
      </w:r>
    </w:p>
    <w:tbl>
      <w:tblPr>
        <w:tblW w:w="0" w:type="auto"/>
        <w:jc w:val="center"/>
        <w:tblBorders>
          <w:top w:val="single" w:sz="4" w:space="0" w:color="D9DED9"/>
          <w:left w:val="single" w:sz="4" w:space="0" w:color="D9DED9"/>
          <w:bottom w:val="single" w:sz="4" w:space="0" w:color="D9DED9"/>
          <w:right w:val="single" w:sz="4" w:space="0" w:color="D9DED9"/>
          <w:insideH w:val="single" w:sz="4" w:space="0" w:color="D9DED9"/>
          <w:insideV w:val="single" w:sz="4" w:space="0" w:color="D9DED9"/>
        </w:tblBorders>
        <w:tblLayout w:type="fixed"/>
        <w:tblLook w:val="04A0" w:firstRow="1" w:lastRow="0" w:firstColumn="1" w:lastColumn="0" w:noHBand="0" w:noVBand="1"/>
      </w:tblPr>
      <w:tblGrid>
        <w:gridCol w:w="3456"/>
        <w:gridCol w:w="2448"/>
        <w:gridCol w:w="1872"/>
        <w:gridCol w:w="3311"/>
      </w:tblGrid>
      <w:tr w:rsidR="00DF57C2" w14:paraId="39A1D771" w14:textId="77777777">
        <w:trPr>
          <w:tblHeader/>
          <w:jc w:val="center"/>
        </w:trPr>
        <w:tc>
          <w:tcPr>
            <w:tcW w:w="3456" w:type="dxa"/>
            <w:shd w:val="clear" w:color="auto" w:fill="244A35"/>
            <w:tcMar>
              <w:top w:w="100" w:type="dxa"/>
              <w:left w:w="120" w:type="dxa"/>
              <w:bottom w:w="100" w:type="dxa"/>
              <w:right w:w="120" w:type="dxa"/>
            </w:tcMar>
          </w:tcPr>
          <w:p w14:paraId="061554A1" w14:textId="77777777" w:rsidR="00DF57C2" w:rsidRDefault="00201731">
            <w:pPr>
              <w:jc w:val="center"/>
            </w:pPr>
            <w:r>
              <w:rPr>
                <w:b/>
                <w:color w:val="FFFFFF"/>
                <w:sz w:val="16"/>
              </w:rPr>
              <w:t>Item / service</w:t>
            </w:r>
          </w:p>
        </w:tc>
        <w:tc>
          <w:tcPr>
            <w:tcW w:w="2448" w:type="dxa"/>
            <w:shd w:val="clear" w:color="auto" w:fill="244A35"/>
            <w:tcMar>
              <w:top w:w="100" w:type="dxa"/>
              <w:left w:w="120" w:type="dxa"/>
              <w:bottom w:w="100" w:type="dxa"/>
              <w:right w:w="120" w:type="dxa"/>
            </w:tcMar>
          </w:tcPr>
          <w:p w14:paraId="7B5C5689" w14:textId="77777777" w:rsidR="00DF57C2" w:rsidRDefault="00201731">
            <w:pPr>
              <w:jc w:val="center"/>
            </w:pPr>
            <w:r>
              <w:rPr>
                <w:b/>
                <w:color w:val="FFFFFF"/>
                <w:sz w:val="16"/>
              </w:rPr>
              <w:t>Required for package(s)</w:t>
            </w:r>
          </w:p>
        </w:tc>
        <w:tc>
          <w:tcPr>
            <w:tcW w:w="1872" w:type="dxa"/>
            <w:shd w:val="clear" w:color="auto" w:fill="244A35"/>
            <w:tcMar>
              <w:top w:w="100" w:type="dxa"/>
              <w:left w:w="120" w:type="dxa"/>
              <w:bottom w:w="100" w:type="dxa"/>
              <w:right w:w="120" w:type="dxa"/>
            </w:tcMar>
          </w:tcPr>
          <w:p w14:paraId="2070D2DD" w14:textId="77777777" w:rsidR="00DF57C2" w:rsidRDefault="00201731">
            <w:pPr>
              <w:jc w:val="center"/>
            </w:pPr>
            <w:r>
              <w:rPr>
                <w:b/>
                <w:color w:val="FFFFFF"/>
                <w:sz w:val="16"/>
              </w:rPr>
              <w:t>Included?</w:t>
            </w:r>
          </w:p>
        </w:tc>
        <w:tc>
          <w:tcPr>
            <w:tcW w:w="3311" w:type="dxa"/>
            <w:shd w:val="clear" w:color="auto" w:fill="244A35"/>
            <w:tcMar>
              <w:top w:w="100" w:type="dxa"/>
              <w:left w:w="120" w:type="dxa"/>
              <w:bottom w:w="100" w:type="dxa"/>
              <w:right w:w="120" w:type="dxa"/>
            </w:tcMar>
          </w:tcPr>
          <w:p w14:paraId="23561CF6" w14:textId="77777777" w:rsidR="00DF57C2" w:rsidRDefault="00201731">
            <w:pPr>
              <w:jc w:val="center"/>
            </w:pPr>
            <w:r>
              <w:rPr>
                <w:b/>
                <w:color w:val="FFFFFF"/>
                <w:sz w:val="16"/>
              </w:rPr>
              <w:t>Explanation / estimated cost if excluded</w:t>
            </w:r>
          </w:p>
        </w:tc>
      </w:tr>
      <w:tr w:rsidR="00DF57C2" w14:paraId="176530C3" w14:textId="77777777">
        <w:trPr>
          <w:jc w:val="center"/>
        </w:trPr>
        <w:tc>
          <w:tcPr>
            <w:tcW w:w="3456" w:type="dxa"/>
            <w:tcMar>
              <w:top w:w="130" w:type="dxa"/>
              <w:left w:w="90" w:type="dxa"/>
              <w:bottom w:w="130" w:type="dxa"/>
              <w:right w:w="90" w:type="dxa"/>
            </w:tcMar>
          </w:tcPr>
          <w:p w14:paraId="10D2EE3C" w14:textId="77777777" w:rsidR="00DF57C2" w:rsidRDefault="00DF57C2"/>
        </w:tc>
        <w:tc>
          <w:tcPr>
            <w:tcW w:w="2448" w:type="dxa"/>
            <w:tcMar>
              <w:top w:w="130" w:type="dxa"/>
              <w:left w:w="90" w:type="dxa"/>
              <w:bottom w:w="130" w:type="dxa"/>
              <w:right w:w="90" w:type="dxa"/>
            </w:tcMar>
          </w:tcPr>
          <w:p w14:paraId="070A21A8" w14:textId="77777777" w:rsidR="00DF57C2" w:rsidRDefault="00DF57C2"/>
        </w:tc>
        <w:tc>
          <w:tcPr>
            <w:tcW w:w="1872" w:type="dxa"/>
            <w:tcMar>
              <w:top w:w="130" w:type="dxa"/>
              <w:left w:w="90" w:type="dxa"/>
              <w:bottom w:w="130" w:type="dxa"/>
              <w:right w:w="90" w:type="dxa"/>
            </w:tcMar>
          </w:tcPr>
          <w:p w14:paraId="2AB9E3CD" w14:textId="77777777" w:rsidR="00DF57C2" w:rsidRDefault="00DF57C2"/>
        </w:tc>
        <w:tc>
          <w:tcPr>
            <w:tcW w:w="3311" w:type="dxa"/>
            <w:tcMar>
              <w:top w:w="130" w:type="dxa"/>
              <w:left w:w="90" w:type="dxa"/>
              <w:bottom w:w="130" w:type="dxa"/>
              <w:right w:w="90" w:type="dxa"/>
            </w:tcMar>
          </w:tcPr>
          <w:p w14:paraId="38650B09" w14:textId="77777777" w:rsidR="00DF57C2" w:rsidRDefault="00DF57C2"/>
        </w:tc>
      </w:tr>
      <w:tr w:rsidR="00DF57C2" w14:paraId="6AAF349C" w14:textId="77777777">
        <w:trPr>
          <w:jc w:val="center"/>
        </w:trPr>
        <w:tc>
          <w:tcPr>
            <w:tcW w:w="3456" w:type="dxa"/>
            <w:tcMar>
              <w:top w:w="130" w:type="dxa"/>
              <w:left w:w="90" w:type="dxa"/>
              <w:bottom w:w="130" w:type="dxa"/>
              <w:right w:w="90" w:type="dxa"/>
            </w:tcMar>
          </w:tcPr>
          <w:p w14:paraId="200C702D" w14:textId="77777777" w:rsidR="00DF57C2" w:rsidRDefault="00DF57C2"/>
        </w:tc>
        <w:tc>
          <w:tcPr>
            <w:tcW w:w="2448" w:type="dxa"/>
            <w:tcMar>
              <w:top w:w="130" w:type="dxa"/>
              <w:left w:w="90" w:type="dxa"/>
              <w:bottom w:w="130" w:type="dxa"/>
              <w:right w:w="90" w:type="dxa"/>
            </w:tcMar>
          </w:tcPr>
          <w:p w14:paraId="18381ED4" w14:textId="77777777" w:rsidR="00DF57C2" w:rsidRDefault="00DF57C2"/>
        </w:tc>
        <w:tc>
          <w:tcPr>
            <w:tcW w:w="1872" w:type="dxa"/>
            <w:tcMar>
              <w:top w:w="130" w:type="dxa"/>
              <w:left w:w="90" w:type="dxa"/>
              <w:bottom w:w="130" w:type="dxa"/>
              <w:right w:w="90" w:type="dxa"/>
            </w:tcMar>
          </w:tcPr>
          <w:p w14:paraId="3C03727F" w14:textId="77777777" w:rsidR="00DF57C2" w:rsidRDefault="00DF57C2"/>
        </w:tc>
        <w:tc>
          <w:tcPr>
            <w:tcW w:w="3311" w:type="dxa"/>
            <w:tcMar>
              <w:top w:w="130" w:type="dxa"/>
              <w:left w:w="90" w:type="dxa"/>
              <w:bottom w:w="130" w:type="dxa"/>
              <w:right w:w="90" w:type="dxa"/>
            </w:tcMar>
          </w:tcPr>
          <w:p w14:paraId="6B4C56EA" w14:textId="77777777" w:rsidR="00DF57C2" w:rsidRDefault="00DF57C2"/>
        </w:tc>
      </w:tr>
      <w:tr w:rsidR="00DF57C2" w14:paraId="06B92A37" w14:textId="77777777">
        <w:trPr>
          <w:jc w:val="center"/>
        </w:trPr>
        <w:tc>
          <w:tcPr>
            <w:tcW w:w="3456" w:type="dxa"/>
            <w:tcMar>
              <w:top w:w="130" w:type="dxa"/>
              <w:left w:w="90" w:type="dxa"/>
              <w:bottom w:w="130" w:type="dxa"/>
              <w:right w:w="90" w:type="dxa"/>
            </w:tcMar>
          </w:tcPr>
          <w:p w14:paraId="5E822A33" w14:textId="77777777" w:rsidR="00DF57C2" w:rsidRDefault="00DF57C2"/>
        </w:tc>
        <w:tc>
          <w:tcPr>
            <w:tcW w:w="2448" w:type="dxa"/>
            <w:tcMar>
              <w:top w:w="130" w:type="dxa"/>
              <w:left w:w="90" w:type="dxa"/>
              <w:bottom w:w="130" w:type="dxa"/>
              <w:right w:w="90" w:type="dxa"/>
            </w:tcMar>
          </w:tcPr>
          <w:p w14:paraId="4299C516" w14:textId="77777777" w:rsidR="00DF57C2" w:rsidRDefault="00DF57C2"/>
        </w:tc>
        <w:tc>
          <w:tcPr>
            <w:tcW w:w="1872" w:type="dxa"/>
            <w:tcMar>
              <w:top w:w="130" w:type="dxa"/>
              <w:left w:w="90" w:type="dxa"/>
              <w:bottom w:w="130" w:type="dxa"/>
              <w:right w:w="90" w:type="dxa"/>
            </w:tcMar>
          </w:tcPr>
          <w:p w14:paraId="202ABFAD" w14:textId="77777777" w:rsidR="00DF57C2" w:rsidRDefault="00DF57C2"/>
        </w:tc>
        <w:tc>
          <w:tcPr>
            <w:tcW w:w="3311" w:type="dxa"/>
            <w:tcMar>
              <w:top w:w="130" w:type="dxa"/>
              <w:left w:w="90" w:type="dxa"/>
              <w:bottom w:w="130" w:type="dxa"/>
              <w:right w:w="90" w:type="dxa"/>
            </w:tcMar>
          </w:tcPr>
          <w:p w14:paraId="23080BCB" w14:textId="77777777" w:rsidR="00DF57C2" w:rsidRDefault="00DF57C2"/>
        </w:tc>
      </w:tr>
      <w:tr w:rsidR="00DF57C2" w14:paraId="4C969CCE" w14:textId="77777777">
        <w:trPr>
          <w:jc w:val="center"/>
        </w:trPr>
        <w:tc>
          <w:tcPr>
            <w:tcW w:w="3456" w:type="dxa"/>
            <w:tcMar>
              <w:top w:w="130" w:type="dxa"/>
              <w:left w:w="90" w:type="dxa"/>
              <w:bottom w:w="130" w:type="dxa"/>
              <w:right w:w="90" w:type="dxa"/>
            </w:tcMar>
          </w:tcPr>
          <w:p w14:paraId="08952DB1" w14:textId="77777777" w:rsidR="00DF57C2" w:rsidRDefault="00DF57C2"/>
        </w:tc>
        <w:tc>
          <w:tcPr>
            <w:tcW w:w="2448" w:type="dxa"/>
            <w:tcMar>
              <w:top w:w="130" w:type="dxa"/>
              <w:left w:w="90" w:type="dxa"/>
              <w:bottom w:w="130" w:type="dxa"/>
              <w:right w:w="90" w:type="dxa"/>
            </w:tcMar>
          </w:tcPr>
          <w:p w14:paraId="5E068B22" w14:textId="77777777" w:rsidR="00DF57C2" w:rsidRDefault="00DF57C2"/>
        </w:tc>
        <w:tc>
          <w:tcPr>
            <w:tcW w:w="1872" w:type="dxa"/>
            <w:tcMar>
              <w:top w:w="130" w:type="dxa"/>
              <w:left w:w="90" w:type="dxa"/>
              <w:bottom w:w="130" w:type="dxa"/>
              <w:right w:w="90" w:type="dxa"/>
            </w:tcMar>
          </w:tcPr>
          <w:p w14:paraId="3C147B28" w14:textId="77777777" w:rsidR="00DF57C2" w:rsidRDefault="00DF57C2"/>
        </w:tc>
        <w:tc>
          <w:tcPr>
            <w:tcW w:w="3311" w:type="dxa"/>
            <w:tcMar>
              <w:top w:w="130" w:type="dxa"/>
              <w:left w:w="90" w:type="dxa"/>
              <w:bottom w:w="130" w:type="dxa"/>
              <w:right w:w="90" w:type="dxa"/>
            </w:tcMar>
          </w:tcPr>
          <w:p w14:paraId="78C58545" w14:textId="77777777" w:rsidR="00DF57C2" w:rsidRDefault="00DF57C2"/>
        </w:tc>
      </w:tr>
    </w:tbl>
    <w:p w14:paraId="2EC51285" w14:textId="1A82B2D2" w:rsidR="00DF57C2" w:rsidRDefault="00201731" w:rsidP="00D350D5">
      <w:pPr>
        <w:pStyle w:val="Heading1"/>
      </w:pPr>
      <w:r>
        <w:t>I. Comparable Project References</w:t>
      </w:r>
    </w:p>
    <w:p w14:paraId="596451B4" w14:textId="77777777" w:rsidR="00DF57C2" w:rsidRDefault="00201731">
      <w:r>
        <w:rPr>
          <w:b/>
          <w:color w:val="3F6A4C"/>
        </w:rPr>
        <w:t>Reference 1</w:t>
      </w:r>
    </w:p>
    <w:tbl>
      <w:tblPr>
        <w:tblW w:w="10526" w:type="dxa"/>
        <w:tblBorders>
          <w:top w:val="single" w:sz="4" w:space="0" w:color="D9DED9"/>
          <w:left w:val="single" w:sz="4" w:space="0" w:color="D9DED9"/>
          <w:bottom w:val="single" w:sz="4" w:space="0" w:color="D9DED9"/>
          <w:right w:val="single" w:sz="4" w:space="0" w:color="D9DED9"/>
          <w:insideH w:val="single" w:sz="4" w:space="0" w:color="D9DED9"/>
          <w:insideV w:val="single" w:sz="4" w:space="0" w:color="D9DED9"/>
        </w:tblBorders>
        <w:tblLayout w:type="fixed"/>
        <w:tblLook w:val="04A0" w:firstRow="1" w:lastRow="0" w:firstColumn="1" w:lastColumn="0" w:noHBand="0" w:noVBand="1"/>
      </w:tblPr>
      <w:tblGrid>
        <w:gridCol w:w="3103"/>
        <w:gridCol w:w="7423"/>
      </w:tblGrid>
      <w:tr w:rsidR="00DF57C2" w14:paraId="7880353D" w14:textId="77777777" w:rsidTr="00F9257D">
        <w:trPr>
          <w:trHeight w:val="354"/>
        </w:trPr>
        <w:tc>
          <w:tcPr>
            <w:tcW w:w="3103" w:type="dxa"/>
            <w:shd w:val="clear" w:color="auto" w:fill="F3F4F3"/>
            <w:tcMar>
              <w:top w:w="100" w:type="dxa"/>
              <w:left w:w="100" w:type="dxa"/>
              <w:bottom w:w="100" w:type="dxa"/>
              <w:right w:w="100" w:type="dxa"/>
            </w:tcMar>
          </w:tcPr>
          <w:p w14:paraId="789F5AFA" w14:textId="77777777" w:rsidR="00DF57C2" w:rsidRDefault="00201731">
            <w:r>
              <w:rPr>
                <w:b/>
              </w:rPr>
              <w:t>Owner / organization</w:t>
            </w:r>
          </w:p>
        </w:tc>
        <w:tc>
          <w:tcPr>
            <w:tcW w:w="7423" w:type="dxa"/>
            <w:tcMar>
              <w:top w:w="100" w:type="dxa"/>
              <w:left w:w="100" w:type="dxa"/>
              <w:bottom w:w="100" w:type="dxa"/>
              <w:right w:w="100" w:type="dxa"/>
            </w:tcMar>
          </w:tcPr>
          <w:p w14:paraId="14721AF0" w14:textId="77777777" w:rsidR="00DF57C2" w:rsidRDefault="00DF57C2"/>
        </w:tc>
      </w:tr>
      <w:tr w:rsidR="00DF57C2" w14:paraId="18FD1D2C" w14:textId="77777777" w:rsidTr="00F9257D">
        <w:trPr>
          <w:trHeight w:val="354"/>
        </w:trPr>
        <w:tc>
          <w:tcPr>
            <w:tcW w:w="3103" w:type="dxa"/>
            <w:shd w:val="clear" w:color="auto" w:fill="F3F4F3"/>
            <w:tcMar>
              <w:top w:w="100" w:type="dxa"/>
              <w:left w:w="100" w:type="dxa"/>
              <w:bottom w:w="100" w:type="dxa"/>
              <w:right w:w="100" w:type="dxa"/>
            </w:tcMar>
          </w:tcPr>
          <w:p w14:paraId="69874D02" w14:textId="77777777" w:rsidR="00DF57C2" w:rsidRDefault="00201731">
            <w:r>
              <w:rPr>
                <w:b/>
              </w:rPr>
              <w:t>Project / location</w:t>
            </w:r>
          </w:p>
        </w:tc>
        <w:tc>
          <w:tcPr>
            <w:tcW w:w="7423" w:type="dxa"/>
            <w:tcMar>
              <w:top w:w="100" w:type="dxa"/>
              <w:left w:w="100" w:type="dxa"/>
              <w:bottom w:w="100" w:type="dxa"/>
              <w:right w:w="100" w:type="dxa"/>
            </w:tcMar>
          </w:tcPr>
          <w:p w14:paraId="06A23CA4" w14:textId="77777777" w:rsidR="00DF57C2" w:rsidRDefault="00DF57C2"/>
        </w:tc>
      </w:tr>
      <w:tr w:rsidR="00DF57C2" w14:paraId="23C9D640" w14:textId="77777777" w:rsidTr="00F9257D">
        <w:trPr>
          <w:trHeight w:val="339"/>
        </w:trPr>
        <w:tc>
          <w:tcPr>
            <w:tcW w:w="3103" w:type="dxa"/>
            <w:shd w:val="clear" w:color="auto" w:fill="F3F4F3"/>
            <w:tcMar>
              <w:top w:w="100" w:type="dxa"/>
              <w:left w:w="100" w:type="dxa"/>
              <w:bottom w:w="100" w:type="dxa"/>
              <w:right w:w="100" w:type="dxa"/>
            </w:tcMar>
          </w:tcPr>
          <w:p w14:paraId="4154E04D" w14:textId="77777777" w:rsidR="00DF57C2" w:rsidRDefault="00201731">
            <w:r>
              <w:rPr>
                <w:b/>
              </w:rPr>
              <w:t>Scope / contract value</w:t>
            </w:r>
          </w:p>
        </w:tc>
        <w:tc>
          <w:tcPr>
            <w:tcW w:w="7423" w:type="dxa"/>
            <w:tcMar>
              <w:top w:w="100" w:type="dxa"/>
              <w:left w:w="100" w:type="dxa"/>
              <w:bottom w:w="100" w:type="dxa"/>
              <w:right w:w="100" w:type="dxa"/>
            </w:tcMar>
          </w:tcPr>
          <w:p w14:paraId="702DB01A" w14:textId="77777777" w:rsidR="00DF57C2" w:rsidRDefault="00DF57C2"/>
        </w:tc>
      </w:tr>
      <w:tr w:rsidR="00DF57C2" w14:paraId="2083035B" w14:textId="77777777" w:rsidTr="00F9257D">
        <w:trPr>
          <w:trHeight w:val="354"/>
        </w:trPr>
        <w:tc>
          <w:tcPr>
            <w:tcW w:w="3103" w:type="dxa"/>
            <w:shd w:val="clear" w:color="auto" w:fill="F3F4F3"/>
            <w:tcMar>
              <w:top w:w="100" w:type="dxa"/>
              <w:left w:w="100" w:type="dxa"/>
              <w:bottom w:w="100" w:type="dxa"/>
              <w:right w:w="100" w:type="dxa"/>
            </w:tcMar>
          </w:tcPr>
          <w:p w14:paraId="112D1205" w14:textId="77777777" w:rsidR="00DF57C2" w:rsidRDefault="00201731">
            <w:r>
              <w:rPr>
                <w:b/>
              </w:rPr>
              <w:t>Contact name / phone / email</w:t>
            </w:r>
          </w:p>
        </w:tc>
        <w:tc>
          <w:tcPr>
            <w:tcW w:w="7423" w:type="dxa"/>
            <w:tcMar>
              <w:top w:w="100" w:type="dxa"/>
              <w:left w:w="100" w:type="dxa"/>
              <w:bottom w:w="100" w:type="dxa"/>
              <w:right w:w="100" w:type="dxa"/>
            </w:tcMar>
          </w:tcPr>
          <w:p w14:paraId="09190936" w14:textId="77777777" w:rsidR="00DF57C2" w:rsidRDefault="00DF57C2"/>
        </w:tc>
      </w:tr>
      <w:tr w:rsidR="00DF57C2" w14:paraId="106A099A" w14:textId="77777777" w:rsidTr="00F9257D">
        <w:trPr>
          <w:trHeight w:val="354"/>
        </w:trPr>
        <w:tc>
          <w:tcPr>
            <w:tcW w:w="3103" w:type="dxa"/>
            <w:shd w:val="clear" w:color="auto" w:fill="F3F4F3"/>
            <w:tcMar>
              <w:top w:w="100" w:type="dxa"/>
              <w:left w:w="100" w:type="dxa"/>
              <w:bottom w:w="100" w:type="dxa"/>
              <w:right w:w="100" w:type="dxa"/>
            </w:tcMar>
          </w:tcPr>
          <w:p w14:paraId="5D249060" w14:textId="77777777" w:rsidR="00DF57C2" w:rsidRDefault="00201731">
            <w:r>
              <w:rPr>
                <w:b/>
              </w:rPr>
              <w:lastRenderedPageBreak/>
              <w:t>Completion year</w:t>
            </w:r>
          </w:p>
        </w:tc>
        <w:tc>
          <w:tcPr>
            <w:tcW w:w="7423" w:type="dxa"/>
            <w:tcMar>
              <w:top w:w="100" w:type="dxa"/>
              <w:left w:w="100" w:type="dxa"/>
              <w:bottom w:w="100" w:type="dxa"/>
              <w:right w:w="100" w:type="dxa"/>
            </w:tcMar>
          </w:tcPr>
          <w:p w14:paraId="5EC3964E" w14:textId="77777777" w:rsidR="00DF57C2" w:rsidRDefault="00DF57C2"/>
        </w:tc>
      </w:tr>
    </w:tbl>
    <w:p w14:paraId="4EFF1590" w14:textId="77777777" w:rsidR="00DF57C2" w:rsidRDefault="00201731">
      <w:r>
        <w:rPr>
          <w:b/>
          <w:color w:val="3F6A4C"/>
        </w:rPr>
        <w:t>Reference 2</w:t>
      </w:r>
    </w:p>
    <w:tbl>
      <w:tblPr>
        <w:tblW w:w="10480" w:type="dxa"/>
        <w:tblBorders>
          <w:top w:val="single" w:sz="4" w:space="0" w:color="D9DED9"/>
          <w:left w:val="single" w:sz="4" w:space="0" w:color="D9DED9"/>
          <w:bottom w:val="single" w:sz="4" w:space="0" w:color="D9DED9"/>
          <w:right w:val="single" w:sz="4" w:space="0" w:color="D9DED9"/>
          <w:insideH w:val="single" w:sz="4" w:space="0" w:color="D9DED9"/>
          <w:insideV w:val="single" w:sz="4" w:space="0" w:color="D9DED9"/>
        </w:tblBorders>
        <w:tblLayout w:type="fixed"/>
        <w:tblLook w:val="04A0" w:firstRow="1" w:lastRow="0" w:firstColumn="1" w:lastColumn="0" w:noHBand="0" w:noVBand="1"/>
      </w:tblPr>
      <w:tblGrid>
        <w:gridCol w:w="3089"/>
        <w:gridCol w:w="7391"/>
      </w:tblGrid>
      <w:tr w:rsidR="00DF57C2" w14:paraId="023F1273" w14:textId="77777777" w:rsidTr="00F9257D">
        <w:trPr>
          <w:trHeight w:val="354"/>
        </w:trPr>
        <w:tc>
          <w:tcPr>
            <w:tcW w:w="3089" w:type="dxa"/>
            <w:shd w:val="clear" w:color="auto" w:fill="F3F4F3"/>
            <w:tcMar>
              <w:top w:w="100" w:type="dxa"/>
              <w:left w:w="100" w:type="dxa"/>
              <w:bottom w:w="100" w:type="dxa"/>
              <w:right w:w="100" w:type="dxa"/>
            </w:tcMar>
          </w:tcPr>
          <w:p w14:paraId="2AEB0D21" w14:textId="77777777" w:rsidR="00DF57C2" w:rsidRDefault="00201731">
            <w:r>
              <w:rPr>
                <w:b/>
              </w:rPr>
              <w:t>Owner / organization</w:t>
            </w:r>
          </w:p>
        </w:tc>
        <w:tc>
          <w:tcPr>
            <w:tcW w:w="7391" w:type="dxa"/>
            <w:tcMar>
              <w:top w:w="100" w:type="dxa"/>
              <w:left w:w="100" w:type="dxa"/>
              <w:bottom w:w="100" w:type="dxa"/>
              <w:right w:w="100" w:type="dxa"/>
            </w:tcMar>
          </w:tcPr>
          <w:p w14:paraId="16638056" w14:textId="77777777" w:rsidR="00DF57C2" w:rsidRDefault="00DF57C2"/>
        </w:tc>
      </w:tr>
      <w:tr w:rsidR="00DF57C2" w14:paraId="48D2A8A4" w14:textId="77777777" w:rsidTr="00F9257D">
        <w:trPr>
          <w:trHeight w:val="354"/>
        </w:trPr>
        <w:tc>
          <w:tcPr>
            <w:tcW w:w="3089" w:type="dxa"/>
            <w:shd w:val="clear" w:color="auto" w:fill="F3F4F3"/>
            <w:tcMar>
              <w:top w:w="100" w:type="dxa"/>
              <w:left w:w="100" w:type="dxa"/>
              <w:bottom w:w="100" w:type="dxa"/>
              <w:right w:w="100" w:type="dxa"/>
            </w:tcMar>
          </w:tcPr>
          <w:p w14:paraId="48B389E3" w14:textId="77777777" w:rsidR="00DF57C2" w:rsidRDefault="00201731">
            <w:r>
              <w:rPr>
                <w:b/>
              </w:rPr>
              <w:t>Project / location</w:t>
            </w:r>
          </w:p>
        </w:tc>
        <w:tc>
          <w:tcPr>
            <w:tcW w:w="7391" w:type="dxa"/>
            <w:tcMar>
              <w:top w:w="100" w:type="dxa"/>
              <w:left w:w="100" w:type="dxa"/>
              <w:bottom w:w="100" w:type="dxa"/>
              <w:right w:w="100" w:type="dxa"/>
            </w:tcMar>
          </w:tcPr>
          <w:p w14:paraId="2ABDA794" w14:textId="77777777" w:rsidR="00DF57C2" w:rsidRDefault="00DF57C2"/>
        </w:tc>
      </w:tr>
      <w:tr w:rsidR="00DF57C2" w14:paraId="20EF25A9" w14:textId="77777777" w:rsidTr="00F9257D">
        <w:trPr>
          <w:trHeight w:val="339"/>
        </w:trPr>
        <w:tc>
          <w:tcPr>
            <w:tcW w:w="3089" w:type="dxa"/>
            <w:shd w:val="clear" w:color="auto" w:fill="F3F4F3"/>
            <w:tcMar>
              <w:top w:w="100" w:type="dxa"/>
              <w:left w:w="100" w:type="dxa"/>
              <w:bottom w:w="100" w:type="dxa"/>
              <w:right w:w="100" w:type="dxa"/>
            </w:tcMar>
          </w:tcPr>
          <w:p w14:paraId="549C672E" w14:textId="77777777" w:rsidR="00DF57C2" w:rsidRDefault="00201731">
            <w:r>
              <w:rPr>
                <w:b/>
              </w:rPr>
              <w:t>Scope / contract value</w:t>
            </w:r>
          </w:p>
        </w:tc>
        <w:tc>
          <w:tcPr>
            <w:tcW w:w="7391" w:type="dxa"/>
            <w:tcMar>
              <w:top w:w="100" w:type="dxa"/>
              <w:left w:w="100" w:type="dxa"/>
              <w:bottom w:w="100" w:type="dxa"/>
              <w:right w:w="100" w:type="dxa"/>
            </w:tcMar>
          </w:tcPr>
          <w:p w14:paraId="0F2F341E" w14:textId="77777777" w:rsidR="00DF57C2" w:rsidRDefault="00DF57C2"/>
        </w:tc>
      </w:tr>
      <w:tr w:rsidR="00DF57C2" w14:paraId="564394D7" w14:textId="77777777" w:rsidTr="00F9257D">
        <w:trPr>
          <w:trHeight w:val="354"/>
        </w:trPr>
        <w:tc>
          <w:tcPr>
            <w:tcW w:w="3089" w:type="dxa"/>
            <w:shd w:val="clear" w:color="auto" w:fill="F3F4F3"/>
            <w:tcMar>
              <w:top w:w="100" w:type="dxa"/>
              <w:left w:w="100" w:type="dxa"/>
              <w:bottom w:w="100" w:type="dxa"/>
              <w:right w:w="100" w:type="dxa"/>
            </w:tcMar>
          </w:tcPr>
          <w:p w14:paraId="1184982B" w14:textId="77777777" w:rsidR="00DF57C2" w:rsidRDefault="00201731">
            <w:r>
              <w:rPr>
                <w:b/>
              </w:rPr>
              <w:t>Contact name / phone / email</w:t>
            </w:r>
          </w:p>
        </w:tc>
        <w:tc>
          <w:tcPr>
            <w:tcW w:w="7391" w:type="dxa"/>
            <w:tcMar>
              <w:top w:w="100" w:type="dxa"/>
              <w:left w:w="100" w:type="dxa"/>
              <w:bottom w:w="100" w:type="dxa"/>
              <w:right w:w="100" w:type="dxa"/>
            </w:tcMar>
          </w:tcPr>
          <w:p w14:paraId="26CE5FF2" w14:textId="77777777" w:rsidR="00DF57C2" w:rsidRDefault="00DF57C2"/>
        </w:tc>
      </w:tr>
      <w:tr w:rsidR="00DF57C2" w14:paraId="59C35747" w14:textId="77777777" w:rsidTr="00F9257D">
        <w:trPr>
          <w:trHeight w:val="354"/>
        </w:trPr>
        <w:tc>
          <w:tcPr>
            <w:tcW w:w="3089" w:type="dxa"/>
            <w:shd w:val="clear" w:color="auto" w:fill="F3F4F3"/>
            <w:tcMar>
              <w:top w:w="100" w:type="dxa"/>
              <w:left w:w="100" w:type="dxa"/>
              <w:bottom w:w="100" w:type="dxa"/>
              <w:right w:w="100" w:type="dxa"/>
            </w:tcMar>
          </w:tcPr>
          <w:p w14:paraId="79B1D258" w14:textId="77777777" w:rsidR="00DF57C2" w:rsidRDefault="00201731">
            <w:r>
              <w:rPr>
                <w:b/>
              </w:rPr>
              <w:t>Completion year</w:t>
            </w:r>
          </w:p>
        </w:tc>
        <w:tc>
          <w:tcPr>
            <w:tcW w:w="7391" w:type="dxa"/>
            <w:tcMar>
              <w:top w:w="100" w:type="dxa"/>
              <w:left w:w="100" w:type="dxa"/>
              <w:bottom w:w="100" w:type="dxa"/>
              <w:right w:w="100" w:type="dxa"/>
            </w:tcMar>
          </w:tcPr>
          <w:p w14:paraId="35DF7CCB" w14:textId="77777777" w:rsidR="00DF57C2" w:rsidRDefault="00DF57C2"/>
        </w:tc>
      </w:tr>
    </w:tbl>
    <w:p w14:paraId="35F82F56" w14:textId="77777777" w:rsidR="00DF57C2" w:rsidRDefault="00201731">
      <w:r>
        <w:rPr>
          <w:b/>
          <w:color w:val="3F6A4C"/>
        </w:rPr>
        <w:t>Reference 3</w:t>
      </w:r>
    </w:p>
    <w:tbl>
      <w:tblPr>
        <w:tblW w:w="10495" w:type="dxa"/>
        <w:tblBorders>
          <w:top w:val="single" w:sz="4" w:space="0" w:color="D9DED9"/>
          <w:left w:val="single" w:sz="4" w:space="0" w:color="D9DED9"/>
          <w:bottom w:val="single" w:sz="4" w:space="0" w:color="D9DED9"/>
          <w:right w:val="single" w:sz="4" w:space="0" w:color="D9DED9"/>
          <w:insideH w:val="single" w:sz="4" w:space="0" w:color="D9DED9"/>
          <w:insideV w:val="single" w:sz="4" w:space="0" w:color="D9DED9"/>
        </w:tblBorders>
        <w:tblLayout w:type="fixed"/>
        <w:tblLook w:val="04A0" w:firstRow="1" w:lastRow="0" w:firstColumn="1" w:lastColumn="0" w:noHBand="0" w:noVBand="1"/>
      </w:tblPr>
      <w:tblGrid>
        <w:gridCol w:w="3094"/>
        <w:gridCol w:w="7401"/>
      </w:tblGrid>
      <w:tr w:rsidR="00DF57C2" w14:paraId="041D3435" w14:textId="77777777" w:rsidTr="00F9257D">
        <w:trPr>
          <w:trHeight w:val="344"/>
        </w:trPr>
        <w:tc>
          <w:tcPr>
            <w:tcW w:w="3094" w:type="dxa"/>
            <w:shd w:val="clear" w:color="auto" w:fill="F3F4F3"/>
            <w:tcMar>
              <w:top w:w="100" w:type="dxa"/>
              <w:left w:w="100" w:type="dxa"/>
              <w:bottom w:w="100" w:type="dxa"/>
              <w:right w:w="100" w:type="dxa"/>
            </w:tcMar>
          </w:tcPr>
          <w:p w14:paraId="0D3CC957" w14:textId="77777777" w:rsidR="00DF57C2" w:rsidRDefault="00201731">
            <w:r>
              <w:rPr>
                <w:b/>
              </w:rPr>
              <w:t>Owner / organization</w:t>
            </w:r>
          </w:p>
        </w:tc>
        <w:tc>
          <w:tcPr>
            <w:tcW w:w="7401" w:type="dxa"/>
            <w:tcMar>
              <w:top w:w="100" w:type="dxa"/>
              <w:left w:w="100" w:type="dxa"/>
              <w:bottom w:w="100" w:type="dxa"/>
              <w:right w:w="100" w:type="dxa"/>
            </w:tcMar>
          </w:tcPr>
          <w:p w14:paraId="7004D2F0" w14:textId="77777777" w:rsidR="00DF57C2" w:rsidRDefault="00DF57C2"/>
        </w:tc>
      </w:tr>
      <w:tr w:rsidR="00DF57C2" w14:paraId="0510E8E9" w14:textId="77777777" w:rsidTr="00F9257D">
        <w:trPr>
          <w:trHeight w:val="344"/>
        </w:trPr>
        <w:tc>
          <w:tcPr>
            <w:tcW w:w="3094" w:type="dxa"/>
            <w:shd w:val="clear" w:color="auto" w:fill="F3F4F3"/>
            <w:tcMar>
              <w:top w:w="100" w:type="dxa"/>
              <w:left w:w="100" w:type="dxa"/>
              <w:bottom w:w="100" w:type="dxa"/>
              <w:right w:w="100" w:type="dxa"/>
            </w:tcMar>
          </w:tcPr>
          <w:p w14:paraId="6F6881D5" w14:textId="77777777" w:rsidR="00DF57C2" w:rsidRDefault="00201731">
            <w:r>
              <w:rPr>
                <w:b/>
              </w:rPr>
              <w:t>Project / location</w:t>
            </w:r>
          </w:p>
        </w:tc>
        <w:tc>
          <w:tcPr>
            <w:tcW w:w="7401" w:type="dxa"/>
            <w:tcMar>
              <w:top w:w="100" w:type="dxa"/>
              <w:left w:w="100" w:type="dxa"/>
              <w:bottom w:w="100" w:type="dxa"/>
              <w:right w:w="100" w:type="dxa"/>
            </w:tcMar>
          </w:tcPr>
          <w:p w14:paraId="1749CB82" w14:textId="77777777" w:rsidR="00DF57C2" w:rsidRDefault="00DF57C2"/>
        </w:tc>
      </w:tr>
      <w:tr w:rsidR="00DF57C2" w14:paraId="317E7337" w14:textId="77777777" w:rsidTr="00F9257D">
        <w:trPr>
          <w:trHeight w:val="330"/>
        </w:trPr>
        <w:tc>
          <w:tcPr>
            <w:tcW w:w="3094" w:type="dxa"/>
            <w:shd w:val="clear" w:color="auto" w:fill="F3F4F3"/>
            <w:tcMar>
              <w:top w:w="100" w:type="dxa"/>
              <w:left w:w="100" w:type="dxa"/>
              <w:bottom w:w="100" w:type="dxa"/>
              <w:right w:w="100" w:type="dxa"/>
            </w:tcMar>
          </w:tcPr>
          <w:p w14:paraId="74C3EC56" w14:textId="77777777" w:rsidR="00DF57C2" w:rsidRDefault="00201731">
            <w:r>
              <w:rPr>
                <w:b/>
              </w:rPr>
              <w:t>Scope / contract value</w:t>
            </w:r>
          </w:p>
        </w:tc>
        <w:tc>
          <w:tcPr>
            <w:tcW w:w="7401" w:type="dxa"/>
            <w:tcMar>
              <w:top w:w="100" w:type="dxa"/>
              <w:left w:w="100" w:type="dxa"/>
              <w:bottom w:w="100" w:type="dxa"/>
              <w:right w:w="100" w:type="dxa"/>
            </w:tcMar>
          </w:tcPr>
          <w:p w14:paraId="1B4E9A34" w14:textId="77777777" w:rsidR="00DF57C2" w:rsidRDefault="00DF57C2"/>
        </w:tc>
      </w:tr>
      <w:tr w:rsidR="00DF57C2" w14:paraId="183CC525" w14:textId="77777777" w:rsidTr="00F9257D">
        <w:trPr>
          <w:trHeight w:val="344"/>
        </w:trPr>
        <w:tc>
          <w:tcPr>
            <w:tcW w:w="3094" w:type="dxa"/>
            <w:shd w:val="clear" w:color="auto" w:fill="F3F4F3"/>
            <w:tcMar>
              <w:top w:w="100" w:type="dxa"/>
              <w:left w:w="100" w:type="dxa"/>
              <w:bottom w:w="100" w:type="dxa"/>
              <w:right w:w="100" w:type="dxa"/>
            </w:tcMar>
          </w:tcPr>
          <w:p w14:paraId="5B16D2E8" w14:textId="77777777" w:rsidR="00DF57C2" w:rsidRDefault="00201731">
            <w:r>
              <w:rPr>
                <w:b/>
              </w:rPr>
              <w:t>Contact name / phone / email</w:t>
            </w:r>
          </w:p>
        </w:tc>
        <w:tc>
          <w:tcPr>
            <w:tcW w:w="7401" w:type="dxa"/>
            <w:tcMar>
              <w:top w:w="100" w:type="dxa"/>
              <w:left w:w="100" w:type="dxa"/>
              <w:bottom w:w="100" w:type="dxa"/>
              <w:right w:w="100" w:type="dxa"/>
            </w:tcMar>
          </w:tcPr>
          <w:p w14:paraId="15A5E487" w14:textId="77777777" w:rsidR="00DF57C2" w:rsidRDefault="00DF57C2"/>
        </w:tc>
      </w:tr>
      <w:tr w:rsidR="00DF57C2" w14:paraId="4A62E74B" w14:textId="77777777" w:rsidTr="00F9257D">
        <w:trPr>
          <w:trHeight w:val="344"/>
        </w:trPr>
        <w:tc>
          <w:tcPr>
            <w:tcW w:w="3094" w:type="dxa"/>
            <w:shd w:val="clear" w:color="auto" w:fill="F3F4F3"/>
            <w:tcMar>
              <w:top w:w="100" w:type="dxa"/>
              <w:left w:w="100" w:type="dxa"/>
              <w:bottom w:w="100" w:type="dxa"/>
              <w:right w:w="100" w:type="dxa"/>
            </w:tcMar>
          </w:tcPr>
          <w:p w14:paraId="6E63D576" w14:textId="77777777" w:rsidR="00DF57C2" w:rsidRDefault="00201731">
            <w:r>
              <w:rPr>
                <w:b/>
              </w:rPr>
              <w:t>Completion year</w:t>
            </w:r>
          </w:p>
        </w:tc>
        <w:tc>
          <w:tcPr>
            <w:tcW w:w="7401" w:type="dxa"/>
            <w:tcMar>
              <w:top w:w="100" w:type="dxa"/>
              <w:left w:w="100" w:type="dxa"/>
              <w:bottom w:w="100" w:type="dxa"/>
              <w:right w:w="100" w:type="dxa"/>
            </w:tcMar>
          </w:tcPr>
          <w:p w14:paraId="0700F27A" w14:textId="77777777" w:rsidR="00DF57C2" w:rsidRDefault="00DF57C2"/>
        </w:tc>
      </w:tr>
    </w:tbl>
    <w:p w14:paraId="4F501232" w14:textId="77777777" w:rsidR="00DF57C2" w:rsidRDefault="00201731">
      <w:pPr>
        <w:pStyle w:val="Heading1"/>
      </w:pPr>
      <w:r>
        <w:t>J. Addenda Acknowledgement</w:t>
      </w:r>
    </w:p>
    <w:tbl>
      <w:tblPr>
        <w:tblW w:w="10539" w:type="dxa"/>
        <w:tblBorders>
          <w:top w:val="single" w:sz="4" w:space="0" w:color="D9DED9"/>
          <w:left w:val="single" w:sz="4" w:space="0" w:color="D9DED9"/>
          <w:bottom w:val="single" w:sz="4" w:space="0" w:color="D9DED9"/>
          <w:right w:val="single" w:sz="4" w:space="0" w:color="D9DED9"/>
          <w:insideH w:val="single" w:sz="4" w:space="0" w:color="D9DED9"/>
          <w:insideV w:val="single" w:sz="4" w:space="0" w:color="D9DED9"/>
        </w:tblBorders>
        <w:tblLayout w:type="fixed"/>
        <w:tblLook w:val="04A0" w:firstRow="1" w:lastRow="0" w:firstColumn="1" w:lastColumn="0" w:noHBand="0" w:noVBand="1"/>
      </w:tblPr>
      <w:tblGrid>
        <w:gridCol w:w="1351"/>
        <w:gridCol w:w="2297"/>
        <w:gridCol w:w="1351"/>
        <w:gridCol w:w="5540"/>
      </w:tblGrid>
      <w:tr w:rsidR="00DF57C2" w14:paraId="5ACC3C41" w14:textId="77777777" w:rsidTr="00F9257D">
        <w:trPr>
          <w:trHeight w:val="328"/>
          <w:tblHeader/>
        </w:trPr>
        <w:tc>
          <w:tcPr>
            <w:tcW w:w="1351" w:type="dxa"/>
            <w:shd w:val="clear" w:color="auto" w:fill="244A35"/>
            <w:tcMar>
              <w:top w:w="100" w:type="dxa"/>
              <w:left w:w="120" w:type="dxa"/>
              <w:bottom w:w="100" w:type="dxa"/>
              <w:right w:w="120" w:type="dxa"/>
            </w:tcMar>
          </w:tcPr>
          <w:p w14:paraId="4DD6DBDC" w14:textId="77777777" w:rsidR="00DF57C2" w:rsidRDefault="00201731">
            <w:pPr>
              <w:jc w:val="center"/>
            </w:pPr>
            <w:r>
              <w:rPr>
                <w:b/>
                <w:color w:val="FFFFFF"/>
              </w:rPr>
              <w:t>Addendum</w:t>
            </w:r>
          </w:p>
        </w:tc>
        <w:tc>
          <w:tcPr>
            <w:tcW w:w="2297" w:type="dxa"/>
            <w:shd w:val="clear" w:color="auto" w:fill="244A35"/>
            <w:tcMar>
              <w:top w:w="100" w:type="dxa"/>
              <w:left w:w="120" w:type="dxa"/>
              <w:bottom w:w="100" w:type="dxa"/>
              <w:right w:w="120" w:type="dxa"/>
            </w:tcMar>
          </w:tcPr>
          <w:p w14:paraId="46BD5CA4" w14:textId="77777777" w:rsidR="00DF57C2" w:rsidRDefault="00201731">
            <w:pPr>
              <w:jc w:val="center"/>
            </w:pPr>
            <w:r>
              <w:rPr>
                <w:b/>
                <w:color w:val="FFFFFF"/>
              </w:rPr>
              <w:t>Date</w:t>
            </w:r>
          </w:p>
        </w:tc>
        <w:tc>
          <w:tcPr>
            <w:tcW w:w="1351" w:type="dxa"/>
            <w:shd w:val="clear" w:color="auto" w:fill="244A35"/>
            <w:tcMar>
              <w:top w:w="100" w:type="dxa"/>
              <w:left w:w="120" w:type="dxa"/>
              <w:bottom w:w="100" w:type="dxa"/>
              <w:right w:w="120" w:type="dxa"/>
            </w:tcMar>
          </w:tcPr>
          <w:p w14:paraId="6997D19F" w14:textId="77777777" w:rsidR="00DF57C2" w:rsidRDefault="00201731">
            <w:pPr>
              <w:jc w:val="center"/>
            </w:pPr>
            <w:r>
              <w:rPr>
                <w:b/>
                <w:color w:val="FFFFFF"/>
              </w:rPr>
              <w:t>Received</w:t>
            </w:r>
          </w:p>
        </w:tc>
        <w:tc>
          <w:tcPr>
            <w:tcW w:w="5540" w:type="dxa"/>
            <w:shd w:val="clear" w:color="auto" w:fill="244A35"/>
            <w:tcMar>
              <w:top w:w="100" w:type="dxa"/>
              <w:left w:w="120" w:type="dxa"/>
              <w:bottom w:w="100" w:type="dxa"/>
              <w:right w:w="120" w:type="dxa"/>
            </w:tcMar>
          </w:tcPr>
          <w:p w14:paraId="0051BCFF" w14:textId="77777777" w:rsidR="00DF57C2" w:rsidRDefault="00201731">
            <w:pPr>
              <w:jc w:val="center"/>
            </w:pPr>
            <w:r>
              <w:rPr>
                <w:b/>
                <w:color w:val="FFFFFF"/>
              </w:rPr>
              <w:t>Initials</w:t>
            </w:r>
          </w:p>
        </w:tc>
      </w:tr>
      <w:tr w:rsidR="00DF57C2" w14:paraId="32DAEF1D" w14:textId="77777777" w:rsidTr="00F9257D">
        <w:trPr>
          <w:trHeight w:val="314"/>
        </w:trPr>
        <w:tc>
          <w:tcPr>
            <w:tcW w:w="1351" w:type="dxa"/>
            <w:tcMar>
              <w:top w:w="120" w:type="dxa"/>
              <w:left w:w="100" w:type="dxa"/>
              <w:bottom w:w="120" w:type="dxa"/>
              <w:right w:w="100" w:type="dxa"/>
            </w:tcMar>
          </w:tcPr>
          <w:p w14:paraId="68307D9A" w14:textId="77777777" w:rsidR="00DF57C2" w:rsidRDefault="00DF57C2"/>
        </w:tc>
        <w:tc>
          <w:tcPr>
            <w:tcW w:w="2297" w:type="dxa"/>
            <w:tcMar>
              <w:top w:w="120" w:type="dxa"/>
              <w:left w:w="100" w:type="dxa"/>
              <w:bottom w:w="120" w:type="dxa"/>
              <w:right w:w="100" w:type="dxa"/>
            </w:tcMar>
          </w:tcPr>
          <w:p w14:paraId="274F6C11" w14:textId="77777777" w:rsidR="00DF57C2" w:rsidRDefault="00DF57C2"/>
        </w:tc>
        <w:tc>
          <w:tcPr>
            <w:tcW w:w="1351" w:type="dxa"/>
            <w:tcMar>
              <w:top w:w="120" w:type="dxa"/>
              <w:left w:w="100" w:type="dxa"/>
              <w:bottom w:w="120" w:type="dxa"/>
              <w:right w:w="100" w:type="dxa"/>
            </w:tcMar>
          </w:tcPr>
          <w:p w14:paraId="2CF189F7" w14:textId="77777777" w:rsidR="00DF57C2" w:rsidRDefault="00DF57C2"/>
        </w:tc>
        <w:tc>
          <w:tcPr>
            <w:tcW w:w="5540" w:type="dxa"/>
            <w:tcMar>
              <w:top w:w="120" w:type="dxa"/>
              <w:left w:w="100" w:type="dxa"/>
              <w:bottom w:w="120" w:type="dxa"/>
              <w:right w:w="100" w:type="dxa"/>
            </w:tcMar>
          </w:tcPr>
          <w:p w14:paraId="49468EA3" w14:textId="77777777" w:rsidR="00DF57C2" w:rsidRDefault="00DF57C2"/>
        </w:tc>
      </w:tr>
      <w:tr w:rsidR="00DF57C2" w14:paraId="2219DF6C" w14:textId="77777777" w:rsidTr="00F9257D">
        <w:trPr>
          <w:trHeight w:val="328"/>
        </w:trPr>
        <w:tc>
          <w:tcPr>
            <w:tcW w:w="1351" w:type="dxa"/>
            <w:tcMar>
              <w:top w:w="120" w:type="dxa"/>
              <w:left w:w="100" w:type="dxa"/>
              <w:bottom w:w="120" w:type="dxa"/>
              <w:right w:w="100" w:type="dxa"/>
            </w:tcMar>
          </w:tcPr>
          <w:p w14:paraId="1413F498" w14:textId="77777777" w:rsidR="00DF57C2" w:rsidRDefault="00DF57C2"/>
        </w:tc>
        <w:tc>
          <w:tcPr>
            <w:tcW w:w="2297" w:type="dxa"/>
            <w:tcMar>
              <w:top w:w="120" w:type="dxa"/>
              <w:left w:w="100" w:type="dxa"/>
              <w:bottom w:w="120" w:type="dxa"/>
              <w:right w:w="100" w:type="dxa"/>
            </w:tcMar>
          </w:tcPr>
          <w:p w14:paraId="5C9B2284" w14:textId="77777777" w:rsidR="00DF57C2" w:rsidRDefault="00DF57C2"/>
        </w:tc>
        <w:tc>
          <w:tcPr>
            <w:tcW w:w="1351" w:type="dxa"/>
            <w:tcMar>
              <w:top w:w="120" w:type="dxa"/>
              <w:left w:w="100" w:type="dxa"/>
              <w:bottom w:w="120" w:type="dxa"/>
              <w:right w:w="100" w:type="dxa"/>
            </w:tcMar>
          </w:tcPr>
          <w:p w14:paraId="4687FDBD" w14:textId="77777777" w:rsidR="00DF57C2" w:rsidRDefault="00DF57C2"/>
        </w:tc>
        <w:tc>
          <w:tcPr>
            <w:tcW w:w="5540" w:type="dxa"/>
            <w:tcMar>
              <w:top w:w="120" w:type="dxa"/>
              <w:left w:w="100" w:type="dxa"/>
              <w:bottom w:w="120" w:type="dxa"/>
              <w:right w:w="100" w:type="dxa"/>
            </w:tcMar>
          </w:tcPr>
          <w:p w14:paraId="6A1E290E" w14:textId="77777777" w:rsidR="00DF57C2" w:rsidRDefault="00DF57C2"/>
        </w:tc>
      </w:tr>
      <w:tr w:rsidR="00DF57C2" w14:paraId="21E30A10" w14:textId="77777777" w:rsidTr="00F9257D">
        <w:trPr>
          <w:trHeight w:val="314"/>
        </w:trPr>
        <w:tc>
          <w:tcPr>
            <w:tcW w:w="1351" w:type="dxa"/>
            <w:tcMar>
              <w:top w:w="120" w:type="dxa"/>
              <w:left w:w="100" w:type="dxa"/>
              <w:bottom w:w="120" w:type="dxa"/>
              <w:right w:w="100" w:type="dxa"/>
            </w:tcMar>
          </w:tcPr>
          <w:p w14:paraId="559CE3D6" w14:textId="77777777" w:rsidR="00DF57C2" w:rsidRDefault="00DF57C2"/>
        </w:tc>
        <w:tc>
          <w:tcPr>
            <w:tcW w:w="2297" w:type="dxa"/>
            <w:tcMar>
              <w:top w:w="120" w:type="dxa"/>
              <w:left w:w="100" w:type="dxa"/>
              <w:bottom w:w="120" w:type="dxa"/>
              <w:right w:w="100" w:type="dxa"/>
            </w:tcMar>
          </w:tcPr>
          <w:p w14:paraId="7EDD6C05" w14:textId="77777777" w:rsidR="00DF57C2" w:rsidRDefault="00DF57C2"/>
        </w:tc>
        <w:tc>
          <w:tcPr>
            <w:tcW w:w="1351" w:type="dxa"/>
            <w:tcMar>
              <w:top w:w="120" w:type="dxa"/>
              <w:left w:w="100" w:type="dxa"/>
              <w:bottom w:w="120" w:type="dxa"/>
              <w:right w:w="100" w:type="dxa"/>
            </w:tcMar>
          </w:tcPr>
          <w:p w14:paraId="0F85EF82" w14:textId="77777777" w:rsidR="00DF57C2" w:rsidRDefault="00DF57C2"/>
        </w:tc>
        <w:tc>
          <w:tcPr>
            <w:tcW w:w="5540" w:type="dxa"/>
            <w:tcMar>
              <w:top w:w="120" w:type="dxa"/>
              <w:left w:w="100" w:type="dxa"/>
              <w:bottom w:w="120" w:type="dxa"/>
              <w:right w:w="100" w:type="dxa"/>
            </w:tcMar>
          </w:tcPr>
          <w:p w14:paraId="20421317" w14:textId="77777777" w:rsidR="00DF57C2" w:rsidRDefault="00DF57C2"/>
        </w:tc>
      </w:tr>
    </w:tbl>
    <w:p w14:paraId="1E05BDD7" w14:textId="77777777" w:rsidR="00DF57C2" w:rsidRDefault="00201731">
      <w:pPr>
        <w:pStyle w:val="Heading1"/>
      </w:pPr>
      <w:r>
        <w:t>K. Certifications and Signature</w:t>
      </w:r>
    </w:p>
    <w:p w14:paraId="5D509328" w14:textId="77777777" w:rsidR="00DF57C2" w:rsidRDefault="00201731">
      <w:pPr>
        <w:spacing w:after="60"/>
        <w:ind w:left="72"/>
      </w:pPr>
      <w:r>
        <w:rPr>
          <w:b/>
          <w:color w:val="3F6A4C"/>
        </w:rPr>
        <w:t xml:space="preserve">☐ </w:t>
      </w:r>
      <w:r>
        <w:t>The proposer has examined the RFP, completed an approved site inspection, and based its proposal on its own review of observable conditions and the solicitation documents.</w:t>
      </w:r>
    </w:p>
    <w:p w14:paraId="772A4C41" w14:textId="77777777" w:rsidR="00DF57C2" w:rsidRDefault="00201731">
      <w:pPr>
        <w:spacing w:after="60"/>
        <w:ind w:left="72"/>
      </w:pPr>
      <w:r>
        <w:rPr>
          <w:b/>
          <w:color w:val="3F6A4C"/>
        </w:rPr>
        <w:t xml:space="preserve">☐ </w:t>
      </w:r>
      <w:r>
        <w:t>The proposer has disclosed all material assumptions, exclusions, allowances, and owner responsibilities affecting its price or schedule.</w:t>
      </w:r>
    </w:p>
    <w:p w14:paraId="2CBC5AF1" w14:textId="77777777" w:rsidR="00DF57C2" w:rsidRDefault="00201731">
      <w:pPr>
        <w:spacing w:after="60"/>
        <w:ind w:left="72"/>
      </w:pPr>
      <w:r>
        <w:rPr>
          <w:b/>
          <w:color w:val="3F6A4C"/>
        </w:rPr>
        <w:t xml:space="preserve">☐ </w:t>
      </w:r>
      <w:r>
        <w:t>The proposal prices include the costs necessary to perform the stated scope except for items expressly excluded in writing.</w:t>
      </w:r>
    </w:p>
    <w:p w14:paraId="50F996CF" w14:textId="77777777" w:rsidR="00DF57C2" w:rsidRDefault="00201731">
      <w:pPr>
        <w:spacing w:after="60"/>
        <w:ind w:left="72"/>
      </w:pPr>
      <w:r>
        <w:rPr>
          <w:b/>
          <w:color w:val="3F6A4C"/>
        </w:rPr>
        <w:t xml:space="preserve">☐ </w:t>
      </w:r>
      <w:r>
        <w:t>The proposer will comply with applicable laws, codes, permits, licenses, registrations, grant requirements, and other requirements incorporated into the final solicitation and contract.</w:t>
      </w:r>
    </w:p>
    <w:p w14:paraId="121B5313" w14:textId="77777777" w:rsidR="00DF57C2" w:rsidRDefault="00201731">
      <w:pPr>
        <w:spacing w:after="60"/>
        <w:ind w:left="72"/>
      </w:pPr>
      <w:r>
        <w:rPr>
          <w:b/>
          <w:color w:val="3F6A4C"/>
        </w:rPr>
        <w:t xml:space="preserve">☐ </w:t>
      </w:r>
      <w:r>
        <w:t>The proposer can obtain and maintain the insurance required by the final solicitation and, if selected, will provide required proof before contract execution or Notice to Proceed.</w:t>
      </w:r>
    </w:p>
    <w:p w14:paraId="3D4ECB81" w14:textId="77777777" w:rsidR="00DF57C2" w:rsidRDefault="00201731">
      <w:pPr>
        <w:spacing w:after="60"/>
        <w:ind w:left="72"/>
      </w:pPr>
      <w:r>
        <w:rPr>
          <w:b/>
          <w:color w:val="3F6A4C"/>
        </w:rPr>
        <w:t xml:space="preserve">☐ </w:t>
      </w:r>
      <w:r>
        <w:t>The proposer will cooperate with applicable MWBE/EEO and SDVOB utilization, good-faith-effort, subcontractor, payment-reporting, and waiver requirements.</w:t>
      </w:r>
    </w:p>
    <w:p w14:paraId="34DDEB19" w14:textId="444ABEA3" w:rsidR="00D605C1" w:rsidRDefault="00201731" w:rsidP="00D605C1">
      <w:pPr>
        <w:spacing w:after="60"/>
        <w:ind w:left="72"/>
      </w:pPr>
      <w:r>
        <w:rPr>
          <w:b/>
          <w:color w:val="3F6A4C"/>
        </w:rPr>
        <w:lastRenderedPageBreak/>
        <w:t xml:space="preserve">☐ </w:t>
      </w:r>
      <w:r>
        <w:t xml:space="preserve">The proposer is not </w:t>
      </w:r>
      <w:r w:rsidR="00D605C1">
        <w:t>an entity prohibited under the New York State Iran Divestment Act and will not use a subcontractor appearing on the applicable Prohibited Entities List.</w:t>
      </w:r>
    </w:p>
    <w:p w14:paraId="01FE31D5" w14:textId="77777777" w:rsidR="00DF57C2" w:rsidRDefault="00201731">
      <w:pPr>
        <w:spacing w:after="60"/>
        <w:ind w:left="72"/>
      </w:pPr>
      <w:r>
        <w:rPr>
          <w:b/>
          <w:color w:val="3F6A4C"/>
        </w:rPr>
        <w:t xml:space="preserve">☐ </w:t>
      </w:r>
      <w:r>
        <w:t>The proposal was prepared independently and without collusion, fraud, favoritism, or improper coordination with another proposer.</w:t>
      </w:r>
    </w:p>
    <w:p w14:paraId="0FCA65CA" w14:textId="77777777" w:rsidR="00DF57C2" w:rsidRDefault="00201731">
      <w:pPr>
        <w:spacing w:after="60"/>
        <w:ind w:left="72"/>
      </w:pPr>
      <w:r>
        <w:rPr>
          <w:b/>
          <w:color w:val="3F6A4C"/>
        </w:rPr>
        <w:t xml:space="preserve">☐ </w:t>
      </w:r>
      <w:r>
        <w:t xml:space="preserve">The proposer has disclosed any actual, potential, or apparent conflict of interest involving </w:t>
      </w:r>
      <w:proofErr w:type="spellStart"/>
      <w:r>
        <w:t>Limeledge</w:t>
      </w:r>
      <w:proofErr w:type="spellEnd"/>
      <w:r>
        <w:t xml:space="preserve"> trustees, officers, employees, evaluators, or agents.</w:t>
      </w:r>
    </w:p>
    <w:p w14:paraId="62AFACB5" w14:textId="77777777" w:rsidR="00DF57C2" w:rsidRDefault="00201731">
      <w:pPr>
        <w:spacing w:after="60"/>
        <w:ind w:left="72"/>
      </w:pPr>
      <w:r>
        <w:rPr>
          <w:b/>
          <w:color w:val="3F6A4C"/>
        </w:rPr>
        <w:t xml:space="preserve">☐ </w:t>
      </w:r>
      <w:r>
        <w:t>The proposer understands that no work or reimbursable material ordering may begin before an executed written agreement and written Notice to Proceed.</w:t>
      </w:r>
    </w:p>
    <w:p w14:paraId="088180B0" w14:textId="77777777" w:rsidR="00DF57C2" w:rsidRDefault="00201731">
      <w:pPr>
        <w:spacing w:after="60"/>
        <w:ind w:left="72"/>
      </w:pPr>
      <w:r>
        <w:rPr>
          <w:b/>
          <w:color w:val="3F6A4C"/>
        </w:rPr>
        <w:t xml:space="preserve">☐ </w:t>
      </w:r>
      <w:r>
        <w:t>This proposal remains valid for 90 calendar days after the proposal deadline.</w:t>
      </w:r>
    </w:p>
    <w:p w14:paraId="0BDE1CD9" w14:textId="77777777" w:rsidR="00F9257D" w:rsidRDefault="00F9257D">
      <w:pPr>
        <w:spacing w:after="60"/>
        <w:ind w:left="72"/>
      </w:pPr>
    </w:p>
    <w:tbl>
      <w:tblPr>
        <w:tblW w:w="10751" w:type="dxa"/>
        <w:tblBorders>
          <w:top w:val="single" w:sz="4" w:space="0" w:color="D9DED9"/>
          <w:left w:val="single" w:sz="4" w:space="0" w:color="D9DED9"/>
          <w:bottom w:val="single" w:sz="4" w:space="0" w:color="D9DED9"/>
          <w:right w:val="single" w:sz="4" w:space="0" w:color="D9DED9"/>
          <w:insideH w:val="single" w:sz="4" w:space="0" w:color="D9DED9"/>
          <w:insideV w:val="single" w:sz="4" w:space="0" w:color="D9DED9"/>
        </w:tblBorders>
        <w:tblLayout w:type="fixed"/>
        <w:tblLook w:val="04A0" w:firstRow="1" w:lastRow="0" w:firstColumn="1" w:lastColumn="0" w:noHBand="0" w:noVBand="1"/>
      </w:tblPr>
      <w:tblGrid>
        <w:gridCol w:w="2894"/>
        <w:gridCol w:w="7857"/>
      </w:tblGrid>
      <w:tr w:rsidR="00DF57C2" w14:paraId="18F9A5A8" w14:textId="77777777" w:rsidTr="001D1E7B">
        <w:trPr>
          <w:trHeight w:val="346"/>
        </w:trPr>
        <w:tc>
          <w:tcPr>
            <w:tcW w:w="2894" w:type="dxa"/>
            <w:shd w:val="clear" w:color="auto" w:fill="F3F4F3"/>
            <w:tcMar>
              <w:top w:w="130" w:type="dxa"/>
              <w:left w:w="120" w:type="dxa"/>
              <w:bottom w:w="180" w:type="dxa"/>
              <w:right w:w="120" w:type="dxa"/>
            </w:tcMar>
          </w:tcPr>
          <w:p w14:paraId="6B3286C0" w14:textId="77777777" w:rsidR="00DF57C2" w:rsidRDefault="00201731">
            <w:r>
              <w:rPr>
                <w:b/>
              </w:rPr>
              <w:t>Authorized signer</w:t>
            </w:r>
          </w:p>
        </w:tc>
        <w:tc>
          <w:tcPr>
            <w:tcW w:w="7857" w:type="dxa"/>
            <w:tcMar>
              <w:top w:w="130" w:type="dxa"/>
              <w:left w:w="120" w:type="dxa"/>
              <w:bottom w:w="180" w:type="dxa"/>
              <w:right w:w="120" w:type="dxa"/>
            </w:tcMar>
          </w:tcPr>
          <w:p w14:paraId="0C68510A" w14:textId="77777777" w:rsidR="00DF57C2" w:rsidRDefault="00DF57C2"/>
        </w:tc>
      </w:tr>
      <w:tr w:rsidR="00DF57C2" w14:paraId="13466B28" w14:textId="77777777" w:rsidTr="001D1E7B">
        <w:trPr>
          <w:trHeight w:val="346"/>
        </w:trPr>
        <w:tc>
          <w:tcPr>
            <w:tcW w:w="2894" w:type="dxa"/>
            <w:shd w:val="clear" w:color="auto" w:fill="F3F4F3"/>
            <w:tcMar>
              <w:top w:w="130" w:type="dxa"/>
              <w:left w:w="120" w:type="dxa"/>
              <w:bottom w:w="180" w:type="dxa"/>
              <w:right w:w="120" w:type="dxa"/>
            </w:tcMar>
          </w:tcPr>
          <w:p w14:paraId="3C54DA46" w14:textId="77777777" w:rsidR="00DF57C2" w:rsidRDefault="00201731">
            <w:r>
              <w:rPr>
                <w:b/>
              </w:rPr>
              <w:t>Title</w:t>
            </w:r>
          </w:p>
        </w:tc>
        <w:tc>
          <w:tcPr>
            <w:tcW w:w="7857" w:type="dxa"/>
            <w:tcMar>
              <w:top w:w="130" w:type="dxa"/>
              <w:left w:w="120" w:type="dxa"/>
              <w:bottom w:w="180" w:type="dxa"/>
              <w:right w:w="120" w:type="dxa"/>
            </w:tcMar>
          </w:tcPr>
          <w:p w14:paraId="1E468AC5" w14:textId="77777777" w:rsidR="00DF57C2" w:rsidRDefault="00DF57C2"/>
        </w:tc>
      </w:tr>
      <w:tr w:rsidR="00DF57C2" w14:paraId="00D5F66A" w14:textId="77777777" w:rsidTr="001D1E7B">
        <w:trPr>
          <w:trHeight w:val="346"/>
        </w:trPr>
        <w:tc>
          <w:tcPr>
            <w:tcW w:w="2894" w:type="dxa"/>
            <w:shd w:val="clear" w:color="auto" w:fill="F3F4F3"/>
            <w:tcMar>
              <w:top w:w="130" w:type="dxa"/>
              <w:left w:w="120" w:type="dxa"/>
              <w:bottom w:w="180" w:type="dxa"/>
              <w:right w:w="120" w:type="dxa"/>
            </w:tcMar>
          </w:tcPr>
          <w:p w14:paraId="0F898ADE" w14:textId="77777777" w:rsidR="00DF57C2" w:rsidRDefault="00201731">
            <w:r>
              <w:rPr>
                <w:b/>
              </w:rPr>
              <w:t>Signature</w:t>
            </w:r>
          </w:p>
        </w:tc>
        <w:tc>
          <w:tcPr>
            <w:tcW w:w="7857" w:type="dxa"/>
            <w:tcMar>
              <w:top w:w="130" w:type="dxa"/>
              <w:left w:w="120" w:type="dxa"/>
              <w:bottom w:w="180" w:type="dxa"/>
              <w:right w:w="120" w:type="dxa"/>
            </w:tcMar>
          </w:tcPr>
          <w:p w14:paraId="2AA11601" w14:textId="77777777" w:rsidR="00DF57C2" w:rsidRDefault="00DF57C2"/>
        </w:tc>
      </w:tr>
      <w:tr w:rsidR="00DF57C2" w14:paraId="26CF4908" w14:textId="77777777" w:rsidTr="001D1E7B">
        <w:trPr>
          <w:trHeight w:val="346"/>
        </w:trPr>
        <w:tc>
          <w:tcPr>
            <w:tcW w:w="2894" w:type="dxa"/>
            <w:shd w:val="clear" w:color="auto" w:fill="F3F4F3"/>
            <w:tcMar>
              <w:top w:w="130" w:type="dxa"/>
              <w:left w:w="120" w:type="dxa"/>
              <w:bottom w:w="180" w:type="dxa"/>
              <w:right w:w="120" w:type="dxa"/>
            </w:tcMar>
          </w:tcPr>
          <w:p w14:paraId="2B5AF004" w14:textId="77777777" w:rsidR="00DF57C2" w:rsidRDefault="00201731">
            <w:r>
              <w:rPr>
                <w:b/>
              </w:rPr>
              <w:t>Date</w:t>
            </w:r>
          </w:p>
        </w:tc>
        <w:tc>
          <w:tcPr>
            <w:tcW w:w="7857" w:type="dxa"/>
            <w:tcMar>
              <w:top w:w="130" w:type="dxa"/>
              <w:left w:w="120" w:type="dxa"/>
              <w:bottom w:w="180" w:type="dxa"/>
              <w:right w:w="120" w:type="dxa"/>
            </w:tcMar>
          </w:tcPr>
          <w:p w14:paraId="5AB68313" w14:textId="77777777" w:rsidR="00DF57C2" w:rsidRDefault="00DF57C2"/>
        </w:tc>
      </w:tr>
    </w:tbl>
    <w:p w14:paraId="793180E2" w14:textId="77777777" w:rsidR="003A04A7" w:rsidRDefault="003A04A7"/>
    <w:sectPr w:rsidR="003A04A7" w:rsidSect="00034616">
      <w:headerReference w:type="default" r:id="rId8"/>
      <w:footerReference w:type="default" r:id="rId9"/>
      <w:pgSz w:w="12240" w:h="15840"/>
      <w:pgMar w:top="893" w:right="1037" w:bottom="936" w:left="1037"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E8044" w14:textId="77777777" w:rsidR="00B72050" w:rsidRDefault="00B72050">
      <w:pPr>
        <w:spacing w:after="0" w:line="240" w:lineRule="auto"/>
      </w:pPr>
      <w:r>
        <w:separator/>
      </w:r>
    </w:p>
  </w:endnote>
  <w:endnote w:type="continuationSeparator" w:id="0">
    <w:p w14:paraId="29CDCF69" w14:textId="77777777" w:rsidR="00B72050" w:rsidRDefault="00B72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6ACC9" w14:textId="77777777" w:rsidR="00DF57C2" w:rsidRDefault="00201731">
    <w:pPr>
      <w:pStyle w:val="Footer"/>
      <w:jc w:val="center"/>
    </w:pPr>
    <w:r>
      <w:rPr>
        <w:color w:val="666666"/>
        <w:sz w:val="16"/>
      </w:rPr>
      <w:t>P-</w:t>
    </w:r>
    <w:proofErr w:type="gramStart"/>
    <w:r>
      <w:rPr>
        <w:color w:val="666666"/>
        <w:sz w:val="16"/>
      </w:rPr>
      <w:t>001  |</w:t>
    </w:r>
    <w:proofErr w:type="gramEnd"/>
    <w:r>
      <w:rPr>
        <w:color w:val="666666"/>
        <w:sz w:val="16"/>
      </w:rPr>
      <w:t xml:space="preserve">  </w:t>
    </w:r>
    <w:r>
      <w:fldChar w:fldCharType="begin"/>
    </w:r>
    <w:r>
      <w:instrText xml:space="preserve"> PAGE </w:instrText>
    </w:r>
    <w:r>
      <w:fldChar w:fldCharType="separate"/>
    </w:r>
    <w:r w:rsidR="0057780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6B3B5" w14:textId="77777777" w:rsidR="00B72050" w:rsidRDefault="00B72050">
      <w:pPr>
        <w:spacing w:after="0" w:line="240" w:lineRule="auto"/>
      </w:pPr>
      <w:r>
        <w:separator/>
      </w:r>
    </w:p>
  </w:footnote>
  <w:footnote w:type="continuationSeparator" w:id="0">
    <w:p w14:paraId="3BFBEEFD" w14:textId="77777777" w:rsidR="00B72050" w:rsidRDefault="00B720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3B785" w14:textId="77777777" w:rsidR="00DF57C2" w:rsidRDefault="00201731">
    <w:pPr>
      <w:pStyle w:val="Header"/>
      <w:jc w:val="right"/>
    </w:pPr>
    <w:r>
      <w:rPr>
        <w:b/>
        <w:color w:val="244A35"/>
        <w:sz w:val="16"/>
      </w:rPr>
      <w:t xml:space="preserve">LIMELEDGE BOTANICAL GARDEN AND </w:t>
    </w:r>
    <w:proofErr w:type="gramStart"/>
    <w:r>
      <w:rPr>
        <w:b/>
        <w:color w:val="244A35"/>
        <w:sz w:val="16"/>
      </w:rPr>
      <w:t>ARBORETUM  |</w:t>
    </w:r>
    <w:proofErr w:type="gramEnd"/>
    <w:r>
      <w:rPr>
        <w:b/>
        <w:color w:val="244A35"/>
        <w:sz w:val="16"/>
      </w:rPr>
      <w:t xml:space="preserve">  NYSDEC </w:t>
    </w:r>
    <w:proofErr w:type="gramStart"/>
    <w:r>
      <w:rPr>
        <w:b/>
        <w:color w:val="244A35"/>
        <w:sz w:val="16"/>
      </w:rPr>
      <w:t>CEEC  |</w:t>
    </w:r>
    <w:proofErr w:type="gramEnd"/>
    <w:r>
      <w:rPr>
        <w:b/>
        <w:color w:val="244A35"/>
        <w:sz w:val="16"/>
      </w:rPr>
      <w:t xml:space="preserve">  P-001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2747959">
    <w:abstractNumId w:val="8"/>
  </w:num>
  <w:num w:numId="2" w16cid:durableId="108667962">
    <w:abstractNumId w:val="6"/>
  </w:num>
  <w:num w:numId="3" w16cid:durableId="738937950">
    <w:abstractNumId w:val="5"/>
  </w:num>
  <w:num w:numId="4" w16cid:durableId="1548564134">
    <w:abstractNumId w:val="4"/>
  </w:num>
  <w:num w:numId="5" w16cid:durableId="1834294427">
    <w:abstractNumId w:val="7"/>
  </w:num>
  <w:num w:numId="6" w16cid:durableId="1157769560">
    <w:abstractNumId w:val="3"/>
  </w:num>
  <w:num w:numId="7" w16cid:durableId="1440032148">
    <w:abstractNumId w:val="2"/>
  </w:num>
  <w:num w:numId="8" w16cid:durableId="366443830">
    <w:abstractNumId w:val="1"/>
  </w:num>
  <w:num w:numId="9" w16cid:durableId="713116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E57"/>
    <w:rsid w:val="00034616"/>
    <w:rsid w:val="0006063C"/>
    <w:rsid w:val="0015074B"/>
    <w:rsid w:val="00153348"/>
    <w:rsid w:val="001D1E7B"/>
    <w:rsid w:val="00201731"/>
    <w:rsid w:val="00274033"/>
    <w:rsid w:val="0029639D"/>
    <w:rsid w:val="00326F90"/>
    <w:rsid w:val="003A04A7"/>
    <w:rsid w:val="004974E6"/>
    <w:rsid w:val="00577802"/>
    <w:rsid w:val="00876792"/>
    <w:rsid w:val="00A076D0"/>
    <w:rsid w:val="00AA1D8D"/>
    <w:rsid w:val="00AC7B8D"/>
    <w:rsid w:val="00B47730"/>
    <w:rsid w:val="00B72050"/>
    <w:rsid w:val="00C90438"/>
    <w:rsid w:val="00CB0664"/>
    <w:rsid w:val="00D350D5"/>
    <w:rsid w:val="00D60518"/>
    <w:rsid w:val="00D605C1"/>
    <w:rsid w:val="00DF57C2"/>
    <w:rsid w:val="00EB4626"/>
    <w:rsid w:val="00F9257D"/>
    <w:rsid w:val="00FC693F"/>
    <w:rsid w:val="00FE77D6"/>
    <w:rsid w:val="00FF58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96EB33"/>
  <w14:defaultImageDpi w14:val="300"/>
  <w15:docId w15:val="{77084FE2-5442-41D4-B751-1DB592D27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color w:val="202020"/>
      <w:sz w:val="20"/>
    </w:rPr>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b/>
      <w:bCs/>
      <w:color w:val="244A35"/>
      <w:sz w:val="32"/>
      <w:szCs w:val="28"/>
    </w:rPr>
  </w:style>
  <w:style w:type="paragraph" w:styleId="Heading2">
    <w:name w:val="heading 2"/>
    <w:basedOn w:val="Normal"/>
    <w:next w:val="Normal"/>
    <w:link w:val="Heading2Char"/>
    <w:uiPriority w:val="9"/>
    <w:unhideWhenUsed/>
    <w:qFormat/>
    <w:rsid w:val="00FC693F"/>
    <w:pPr>
      <w:keepNext/>
      <w:keepLines/>
      <w:spacing w:before="100" w:after="80"/>
      <w:outlineLvl w:val="1"/>
    </w:pPr>
    <w:rPr>
      <w:rFonts w:asciiTheme="majorHAnsi" w:eastAsiaTheme="majorEastAsia" w:hAnsiTheme="majorHAnsi" w:cstheme="majorBidi"/>
      <w:b/>
      <w:bCs/>
      <w:color w:val="3F6A4C"/>
      <w:sz w:val="25"/>
      <w:szCs w:val="26"/>
    </w:rPr>
  </w:style>
  <w:style w:type="paragraph" w:styleId="Heading3">
    <w:name w:val="heading 3"/>
    <w:basedOn w:val="Normal"/>
    <w:next w:val="Normal"/>
    <w:link w:val="Heading3Char"/>
    <w:uiPriority w:val="9"/>
    <w:unhideWhenUsed/>
    <w:qFormat/>
    <w:rsid w:val="00FC693F"/>
    <w:pPr>
      <w:keepNext/>
      <w:keepLines/>
      <w:spacing w:before="60" w:after="80"/>
      <w:outlineLvl w:val="2"/>
    </w:pPr>
    <w:rPr>
      <w:rFonts w:asciiTheme="majorHAnsi" w:eastAsiaTheme="majorEastAsia" w:hAnsiTheme="majorHAnsi" w:cstheme="majorBidi"/>
      <w:b/>
      <w:bCs/>
      <w:color w:val="3F6A4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200" w:after="80" w:line="240" w:lineRule="auto"/>
      <w:contextualSpacing/>
    </w:pPr>
    <w:rPr>
      <w:rFonts w:asciiTheme="majorHAnsi" w:eastAsiaTheme="majorEastAsia" w:hAnsiTheme="majorHAnsi" w:cstheme="majorBidi"/>
      <w:b/>
      <w:color w:val="244A3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60"/>
    </w:pPr>
    <w:rPr>
      <w:rFonts w:ascii="Aptos" w:hAnsi="Aptos"/>
      <w:color w:val="666666"/>
      <w:sz w:val="17"/>
    </w:rPr>
  </w:style>
  <w:style w:type="paragraph" w:customStyle="1" w:styleId="CaptionGreen">
    <w:name w:val="Caption Green"/>
    <w:pPr>
      <w:spacing w:before="40" w:after="140"/>
    </w:pPr>
    <w:rPr>
      <w:rFonts w:ascii="Aptos" w:hAnsi="Aptos"/>
      <w:i/>
      <w:color w:val="3F6A4C"/>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Limeledge Executive Board</dc:creator>
  <cp:keywords/>
  <dc:description>generated by python-docx</dc:description>
  <cp:lastModifiedBy>Philip Crim</cp:lastModifiedBy>
  <cp:revision>2</cp:revision>
  <cp:lastPrinted>2026-09-22T16:38:00Z</cp:lastPrinted>
  <dcterms:created xsi:type="dcterms:W3CDTF">2026-09-22T16:39:00Z</dcterms:created>
  <dcterms:modified xsi:type="dcterms:W3CDTF">2026-09-22T16:39:00Z</dcterms:modified>
  <cp:category/>
</cp:coreProperties>
</file>